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3CoE/76/2012 z 11. 9. 2012</w:t>
      </w:r>
    </w:p>
    <w:p>
      <w:r>
        <w:t>Uznesenie Krajského súdu Prešov z 11. septembra 2012, sp. zn. 3CoE/76/2012, ECLI:SK:KSPO:2012:8512201614.1</w:t>
      </w:r>
    </w:p>
    <w:p>
      <w:r>
        <w:t>Súd: Krajský súd Prešov</w:t>
      </w:r>
    </w:p>
    <w:p>
      <w:r>
        <w:t>Spisová značka: 3CoE/76/2012</w:t>
      </w:r>
    </w:p>
    <w:p>
      <w:r>
        <w:t>ECLI: ECLI:SK:KSPO:2012:8512201614.1</w:t>
      </w:r>
    </w:p>
    <w:p>
      <w:r>
        <w:t>Dátum vydania: 11. 9.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Prešov Spisová značka: 3CoE/76/2012 Identifikačné číslo súdneho spisu: 8512201614 Dátum vydania rozhodnutia: 12. 09. 2012 Meno a priezvisko sudcu, VSÚ: JUDr. Eva Šofranková ECLI: ECLI:SK:KSPO:2012:8512201614.1</w:t>
      </w:r>
    </w:p>
    <w:p>
      <w:r>
        <w:t>Uznesenie Krajský súd v Prešove v exekučnej veci oprávneného Všeobecná zdravotná poisťovňa, a.s., Mamateyova 17, 850 05 Bratislava, IČO: 359 378 74, proti povinnému: M. S., S. XXXX/XX, Z. H., o vymoženie 1.722,49 Eur s prísl., o odvolaní súdneho exekútora proti uzneseniu Okresného súdu Stará Ľubovňa, č.k. 3Er 163/2012-20 zo dňa 16.04.2012 takto</w:t>
      </w:r>
    </w:p>
    <w:p>
      <w:r>
        <w:t>r o z h o d o l :</w:t>
      </w:r>
    </w:p>
    <w:p>
      <w:r>
        <w:t>O d m i e t a odvolanie.</w:t>
      </w:r>
    </w:p>
    <w:p>
      <w:r>
        <w:t>o d ô v o d n e n i e :</w:t>
      </w:r>
    </w:p>
    <w:p>
      <w:r>
        <w:t>Napadnutým uznesením Okresný súd Stará Ľubovňa (ďalej len „súd prvého stupňa“) zamietol žiadosť súdneho exekútora o udelenie poverenia na vykonanie exekúcie.</w:t>
      </w:r>
    </w:p>
    <w:p>
      <w:r>
        <w:t>Rozhodnutie odôvodnil tým, že v súlade s ust. § 44 ods. 2 zákona č. 233/1995 Z.z. o súdnych exekútoroch a exekučnej činnosti (Exekučný poriadok) a o zmene a doplnení ďalších zákonov (ďalej len Exekučný poriadok) exekúciu zastavil z dôvodu, že povinný uhradil dlžnú sumu.</w:t>
      </w:r>
    </w:p>
    <w:p>
      <w:r>
        <w:t>Uznesenie bolo vydané vyšším súdnym úradníkom.</w:t>
      </w:r>
    </w:p>
    <w:p>
      <w:r>
        <w:t>Proti tomuto uzneseniu podal odvolanie súdny exekútor.</w:t>
      </w:r>
    </w:p>
    <w:p>
      <w:r>
        <w:t>Povinnému bolo odvolanie doručené na vedomie v zmysle ust. § 209a Občianskeho súdneho poriadku.</w:t>
      </w:r>
    </w:p>
    <w:p>
      <w:r>
        <w:t>Zákonný sudca podanému odvolaniu nevyhovel postupom podľa § 374 ods. 4 Občianskeho súdneho poriadku.</w:t>
      </w:r>
    </w:p>
    <w:p>
      <w:r>
        <w:t>Krajský súd v Prešove (ďalej len odvolací súd) príslušný na rozhodnutie o odvolaní (§ 10 ods. 1 zákona č. 99/1963 Zb. Občianskeho súdneho poriadku v znení neskorších predpisov, ďalej len O. s. p.), vzhľadom na včas podané odvolanie (§ 204 ods. 1 O. s. p.), preskúmal napadnuté rozhodnutie, ako aj konanie mu predchádzajúce v zmysle zásad vyplývajúcich z ust. § 212 O. s. p., bez nariadenia pojednávania (§ 214 ods. 2 O. s. p.) a dospel k záveru, že odvolanie podala neoprávnená osoba.</w:t>
      </w:r>
    </w:p>
    <w:p>
      <w:r>
        <w:t>Podľa § 37 ods. 1 Exekučného poriadku účastníkmi konania sú oprávnený a povinný; iné osoby sú účastníkmi len tej časti konania, v ktorej im toto postavenie priznáva tento zákon. Ak súd rozhoduje o trovách exekúcie, účastníkom konania je aj poverený exekútor.</w:t>
      </w:r>
    </w:p>
    <w:p>
      <w:r>
        <w:t>Podľa ust. § 218 ods. 1 písm. b) O.s.p., odvolací súd odmietne odvolanie, ktoré bolo podané niekým, kto na odvolanie nie je oprávnený.</w:t>
      </w:r>
    </w:p>
    <w:p>
      <w:r>
        <w:t>Súdny exekútor je v exekučnom konaní účastníkom konania vtedy, ak to upravuje zákon (§ 37 ods. 1 Exekučného poriadku). Súdnemu exekútorovi zákon priznáva postavenie účastníka konania v prípade, že sa rozhoduje o trovách konania. Explicitná úprava postavenia súdneho exekútora ako účastníka konania pri rozhodovaní o jeho trovách súvisí s tým, že sa rozhoduje o jeho právach a právom chránených záujmoch. Zákonodarca zvolil presnú úpravu z dôvodu, že exekútor vykonáva exekúciu ako štátom splnomocnená osoba (§ 2 ods. 1 Exekučného poriadku), a teda za štát a nie za účastníkov konania.</w:t>
      </w:r>
    </w:p>
    <w:p>
      <w:r>
        <w:t>V prejednávanej veci, keď súd zamietol žiadosť súdneho exekútora o udelenie poverenia na vykonanie exekúcie, súdny exekútor nie je účastníkom konania, pretože v tejto časti konania mu toto postavenie zákon nepriznáva.</w:t>
      </w:r>
    </w:p>
    <w:p>
      <w:r>
        <w:t>Za takejto situácie odvolací súd postupom podľa citovaného ust. § 218 ods. 1 písm. b) O.s.p. odvolanie súdneho exekútora odmietol, pretože ho podala neoprávnená osoba.</w:t>
      </w:r>
    </w:p>
    <w:p>
      <w:r>
        <w:t>Rozhodnutie bolo prijaté senátom Krajského súdu v Prešove v pomere hlasov 3:0.</w:t>
      </w:r>
    </w:p>
    <w:p>
      <w:r>
        <w:t>Poučenie:</w:t>
      </w:r>
    </w:p>
    <w:p>
      <w:r>
        <w:t>Proti tomuto uzneseniu odvolanie nie je prípustné.</w:t>
      </w:r>
    </w:p>
    <w:p/>
    <w:p>
      <w:r>
        <w:t>Zdroj: KAUZIS.SK – https://www.kauzis.sk/judikatura/r/ECLI:SK:KSPO:2012:8512201614.1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