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5Cob/82/2012 z 19. 12. 2012</w:t>
      </w:r>
    </w:p>
    <w:p>
      <w:r>
        <w:t>Uznesenie Krajského súdu Prešov z 19. decembra 2012, sp. zn. 5Cob/82/2012, ECLI:SK:KSPO:2012:8709209028.2</w:t>
      </w:r>
    </w:p>
    <w:p>
      <w:r>
        <w:t>Súd: Krajský súd Prešov</w:t>
      </w:r>
    </w:p>
    <w:p>
      <w:r>
        <w:t>Spisová značka: 5Cob/82/2012</w:t>
      </w:r>
    </w:p>
    <w:p>
      <w:r>
        <w:t>ECLI: ECLI:SK:KSPO:2012:8709209028.2</w:t>
      </w:r>
    </w:p>
    <w:p>
      <w:r>
        <w:t>Dátum vydania: 19. 12. 2012</w:t>
      </w:r>
    </w:p>
    <w:p>
      <w:r>
        <w:t>Forma: Uznesenie</w:t>
      </w:r>
    </w:p>
    <w:p>
      <w:r>
        <w:t>Oblasť práva: Obchodné právo</w:t>
      </w:r>
    </w:p>
    <w:p>
      <w:pPr>
        <w:pStyle w:val="Heading2"/>
      </w:pPr>
      <w:r>
        <w:t>Text rozhodnutia</w:t>
      </w:r>
    </w:p>
    <w:p>
      <w:r>
        <w:t>Súd: Krajský súd Prešov Spisová značka: 5Cob/82/2012 Identifikačné číslo súdneho spisu: 8709209028 Dátum vydania rozhodnutia: 20. 12. 2012 Meno a priezvisko sudcu, VSÚ: JUDr. Jozef Škrab ECLI: ECLI:SK:KSPO:2012:8709209028.2 Uznesenie Krajský súd v Prešove v obchodnej veci žalobcu: ČSOB Leasing, a.s., so sídlom v Bratislave, Panónska cesta 11, IČO: 35 704 713, zastúpeného Advokátskou kanceláriou GUNIŠ &amp; PARTNERS, s.r.o. so sídlom v Bratislave, Klincová 37/B, IČO: 36 862 657, proti žalovanému: G. O., nar. XX.XX.XXXX, bytom H., G. XXX/XX, zastúpenému Advokátskou kanceláriou Beňo &amp; partners, s.r.o., so sídlom v Poprade, Nám. sv. Egídia 95, IČO: 44 250 029, o zaplatenie 3.476,25 Eur s príslušenstvom, na odvolanie žalovaného proti uzneseniu Okresného súdu Poprad zo dňa 28.09.2012 pod č. k. 18Cb/46/2010-164, jednohlasne takto r o z h o d o l : M e n í uznesenie súdu prvého stupňa tak, že žalobca j e p o v i n n ý nahradiť žalovanému trovy konania na účet jeho právneho zástupcu vo výške 1.020,76 Eur, pozostávajúcich z náhrady trov súdneho poplatku za odpor vo výške 208,50 Eur a z trov právneho zastúpenia vo výške 812,26 Eur, všetko do 3 dní od právoplatnosti tohto uznesenia. N e p r i z n á v a žalovanému náhradu trov odvolacieho konania. o d ô v o d n e n i e : Okresný súd Poprad vyššie označeným uznesením zaviazal žalobcu nahradiť žalovanému trovy právneho zastúpenia vo výške 812,26 Eur k rukám jeho právneho zástupcu do 3 dní od jeho právoplatnosti. Vychádzal zo zistenia, že rozsudkom zo dňa 13.02.2012 pod č. k. 18Cb/46/2010-140 zamietol žalobu, ktorou žalobca žiadal zaviazať žalovaného na zaplatenie 3.476,25 Eur so 14,25 % ročným úrokom z omeškania od 11.07.2007 do zaplatenia. Účastníkom náhradu trov konania nepriznal. V prevyšujúcej časti nad sumu 2.082,97 Eur so 14 % ročným úrokom z omeškania od 11.07.2007 do zaplatenia konanie zastavil. Krajský súd v Prešove ako súd odvolací uznesením zo dňa 10.04.2012 pod č. k. 5Cob/25/2012-158 zrušil uvedený rozsudok v časti výroku o náhrade trov konania a v tomto rozsahu mu vec vrátil na ďalšie konanie. Uzavrel, že žalovaný mal vo veci úspech, pričom k čiastočnému zastaveniu konania došlo procesným zavinením žalobcu. Preto o trovách konania rozhodol podľa § 146 ods. 2, veta prvá, v spojení s § 142 ods. 1 a § 224 ods. 3 O.s.p.. Z tohto dôvodu žalovanému priznal náhradu trov vo výške 812,26 Eur, pozostávajúcich z trov právneho zastúpenia. Proti uzneseniu súdu prvého stupňa podal žalovaný odvolanie, ktorým žiadal o jeho zmenu tak, aby mu naviac boli priznané trovy pozostávajúce zo zaplateného súdneho poplatku za podaný odpor proti platobnému rozkazu vo výške 208,50 Eur a trovy právneho zastúpenia vo výške 117,18 Eur za podané odvolanie. Odvolací súd prejednal odvolanie žalovaného bez nariadenia pojednávania podľa § 214 ods. 2 O.s.p. a dospel k záveru, že odvolanie je dôvodné. Z predloženého spisu vyplýva, že súd prvého stupňa uznesením zo dňa 02.01.2010 pod č. k. 16Rob/415/2009-35 vyrubil žalovanému súdny poplatok za podaný odpor vo výške 208,50 Eur. Dňa 02.02.2010 dal vyšší súdny úradník pokyn kancelárii, aby doručila žalovanému výzvu spolu s príkazom na úhradu tohto poplatku, a v prípade, ak nebude súdny poplatok za podaný odpor zaplatený, nech predloží uznesenie na vymáhanie. Uznesenie o vyrubení súdneho poplatku bolo žalovanému doručené dňa 05.02.2010, právoplatnosť nadobudlo dňa 23.02.2010 a vykonateľnosť dňa 27.02.2010. Z úradného záznamu zo dňa 12.10.2012 (čl. 163b) vyplýva, že súdny poplatok za odpor do uvedeného dňa žalovaným vymožený nebol. Z uvedeného je zrejmé, že žalovanému bol v zmysle zákona č. 71/1992 Zb. o súdnych poplatkoch vyrubený súdny poplatok za odpor vo výške 208,50 Eur v lehote stanovenej týmto zákonom, t.j. do uplynutia 3 rokov od konca kalendárneho roka, v ktorom sa stal splatným (§ 19 ods. 1 ZoSP). Prvostupňový súd má teda voči žalovanému právoplatný exekučný titul. Povinnosti zaplatiť súdny poplatok za podaný odpor sa žalovaný nemôže zbaviť, a v prípade, že vyrubený súdny poplatok neuhradí, bude ho súd vymáhať. Z tohto dôvodu odvolací súd postupom podľa § 220 O.s.p. zmenil uznesenie súdu prvého stupňa vo výroku o trovách konania tak, že úspešnému žalovanému priznal aj náhradu za súdny poplatok za podaný odpor vo výške 208,50 Eur napriek tomu, že tento doposiaľ od neho vymožený nebol. Priznané trovy žalovaného tak predstavujú spolu 1.020,76 Eur. O trovách odvolacieho konania odvolací súd rozhodol podľa § 224 ods. 1 v spojení s § 142 ods. 1 O.s.p.. Aj keď žalovaný bol v odvolacom konaní úspešný, nebolo mu možné priznať náhradu trov odvolacieho konania vo vzťahu k žalobcovi, pretože žalobca svojím konaním nezavinil nepriznanie žalovanému trov z titulu súdneho poplatku za podaný odpor. Poučenie: Proti tomuto uzneseniu odvolanie nie je prípustné.</w:t>
      </w:r>
    </w:p>
    <w:p/>
    <w:p>
      <w:r>
        <w:t>Zdroj: KAUZIS.SK – https://www.kauzis.sk/judikatura/r/ECLI:SK:KSPO:2012:8709209028.2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