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Prešov sp. zn. 16Co/16/2012 z 29. 3. 2012</w:t>
      </w:r>
    </w:p>
    <w:p>
      <w:r>
        <w:t>Uznesenie Krajského súdu Prešov z 29. marca 2012, sp. zn. 16Co/16/2012, ECLI:SK:KSPO:2012:8710203965.2</w:t>
      </w:r>
    </w:p>
    <w:p>
      <w:r>
        <w:t>Súd: Krajský súd Prešov</w:t>
      </w:r>
    </w:p>
    <w:p>
      <w:r>
        <w:t>Spisová značka: 16Co/16/2012</w:t>
      </w:r>
    </w:p>
    <w:p>
      <w:r>
        <w:t>ECLI: ECLI:SK:KSPO:2012:8710203965.2</w:t>
      </w:r>
    </w:p>
    <w:p>
      <w:r>
        <w:t>Dátum vydania: 29. 3.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Prešov Spisová značka: 16Co/16/2012 Identifikačné číslo súdneho spisu: 8710203965 Dátum vydania rozhodnutia: 30. 03. 2012 Meno a priezvisko sudcu, VSÚ: JUDr. Anna Kovaľová ECLI: ECLI:SK:KSPO:2012:8710203965.2 Uznesenie Krajský súd v Prešove v právnej veci navrhovateľa T-SKI TRAVEL, spol. s r. o., Starý Smokovec, Vysoké Tatry, IČO: 31 667 562, zast. Mgr. Marošom Ježíkom, advokátom, AK Stará Ľubovňa, Okružná 871/65, proti odporcom 1/ Ing. arch. X. M., bytom P., F. XXXX/XX a 2/ R. G., bytom F., M.. O. XXX/ XX, obaja zastúpení JUDr. Milanom Sivým, advokátom, AK Poprad, Nám. sv. Egídia 3006/116 o trovách odvolacieho konania takto jednohlasne r o z h o d o l : Odporcom v 1. a 2. rade sa n e p r i z n á v a náhrada trov odvolacieho konania a navrhovateľ na ich náhradu n e m á p r á v o. o d ô v o d n e n i e : Odvolací súd rozsudkom č.k. 16Co 16/2012 zo dňa 15.3.2012 potvrdil rozsudok prvostupňového súdu. Zároveň uviedol, že o trovách rozhodne samostatným uznesením. Podľa § 214 ods. 5 O.s.p., ak nemožno v čase verejného vyhlásenia rozsudku rozhodnúť o náhrade trov konania, pretože neboli vyčíslené, odvolací súd rozhodne samostatným uznesením. Rovnako postupuje, ak si účastníci konania uplatnia náhradu trov konania v súvislosti s verejným vyhlásením rozsudku. Podľa § 224 ods. 1 O.s.p., ustanovenia o trovách konania pred súdom prvého stupňa platia i pre odvolacie konanie. Podľa § 142 ods. 1 O.s.p., účastníkovi, ktorý mal vo veci plný úspech, súd prizná náhradu trov potrebných na účelné uplatňovanie alebo bránenie práva proti účastníkovi, ktorý vo veci úspech nemal. Podľa § 151 ods. 1 druhá veta O.s.p., účastník, ktorému sa prisudzuje náhrada trov konania, je povinný trovy konania vyčísliť najneskôr do troch pracovných dní od vyhlásenia tohto rozhodnutia. Podľa § 151 ods. 2 O.s.p., ak účastník v lehote podľa odseku 1 trovy nevyčísli, súd mu prizná náhradu trov konania vyplývajúcich zo spisu ku dňu vyhlásenia rozhodnutia s výnimkou trov právneho zastúpenia; ak takému účastníkovi okrem trov právneho zastúpenia iné trovy zo spisu nevyplývajú, súd mu náhradu trov konania neprizná a v takom prípade súd nie je viazaný rozhodnutím o prisúdení náhrady trov konania tomuto účastníkovi v rozhodnutí, ktorým sa konanie končí. Odvolací súd rozsudok vyhlásil dňa 15.3.2012. Odporcovia v 1. a 2. rade, ktorí mali vo veci plný úspech, si nesplnili povinnosť vyčísliť trovy konania do troch dní. Preto odvolací súd postupoval v súlade s ust. § 151 ods. 2 O.s.p. a odporcom nepriznal náhradu trov odvolacieho konania. Iné trovy odporcov z obsahu spisu nevyplývajú. Navrhovateľovi nebola priznaná náhrada trov konania, pretože nebol vo veci úspešný. Poučenie: Proti tomuto uzneseniu odvolanie nie je prípustné.</w:t>
      </w:r>
    </w:p>
    <w:p/>
    <w:p>
      <w:r>
        <w:t>Zdroj: KAUZIS.SK – https://www.kauzis.sk/judikatura/r/ECLI:SK:KSPO:2012:8710203965.2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