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18Co/56/2012 z 27. 6. 2012</w:t>
      </w:r>
    </w:p>
    <w:p>
      <w:r>
        <w:t>Uznesenie Krajského súdu Prešov z 27. júna 2012, sp. zn. 18Co/56/2012, ECLI:SK:KSPO:2012:8710204765.1</w:t>
      </w:r>
    </w:p>
    <w:p>
      <w:r>
        <w:t>Súd: Krajský súd Prešov</w:t>
      </w:r>
    </w:p>
    <w:p>
      <w:r>
        <w:t>Spisová značka: 18Co/56/2012</w:t>
      </w:r>
    </w:p>
    <w:p>
      <w:r>
        <w:t>ECLI: ECLI:SK:KSPO:2012:8710204765.1</w:t>
      </w:r>
    </w:p>
    <w:p>
      <w:r>
        <w:t>Dátum vydania: 27. 6. 2012</w:t>
      </w:r>
    </w:p>
    <w:p>
      <w:r>
        <w:t>Forma: Uznesenie</w:t>
      </w:r>
    </w:p>
    <w:p>
      <w:pPr>
        <w:pStyle w:val="Heading2"/>
      </w:pPr>
      <w:r>
        <w:t>Text rozhodnutia</w:t>
      </w:r>
    </w:p>
    <w:p>
      <w:r>
        <w:t>Súd: Krajský súd Prešov Spisová značka: 18Co/56/2012 Identifikačné číslo súdneho spisu: 8710204765 Dátum vydania rozhodnutia: 28. 06. 2012 Meno a priezvisko sudcu, VSÚ: JUDr. Mária Kupková ECLI: ECLI:SK:KSPO:2012:8710204765.1 Uznesenie Krajský súd v Prešove v právnej veci navrhovateľky Z. Q., nar. XX.X.XXXX, bytom H. XXXX/X, C.-I. proti odporcom 1./ N. F., nar. X.X.XXXX, bytom I. XXXX/XX, C., 2./ U. F., nar. XX.X.XXXX, bytom I. č, XXXX/ XX, C., 3./ T. F., nar. XX.X.XXXX, bytom I. XXXX/XX C. o vypratanie bytu, o odvolaní odporcov v l. až 3. rade proti uzneseniu Okresného súdu v Poprade č.k.9C/84/2010-127 zo dňa 4.4.2012 jednohlasne takto r o z h o d o l : O d m i e t a odvolanie. o d ô v o d n e n i e : Napadnutým uznesením súd prvého stupňa návrh odporcov v l. - 3. rade na prerušenie konania z 2.4.2012, doručeného súdu prvého stupňa dňa 3.4.2012 do skončenia dovolacieho konania vo veci Okresného súdu v Poprade sp. zn. 11C 171/2008 zamietol. Rozhodnutie odôvodnil tým, že v predmetnej veci, týkajúcej sa vypratania bytu sa odporcovia domáhali prerušenia konania do právoplatnosti skončenia veci 11C 171/2008. Tomuto ich návrhu bolo vyhovené. Predmetná vec bola právoplatne skončená rozsudkom z 31.3.2011 v spojení s rozsudkom odvolacieho súdu z 12.10.2011 tak, že návrh odporcov o neplatnosť výpovede z nájmu bola zamietnutá, preto pokračoval v konaní. Odporcovia podaním z 2.4.2012 opätovne požiadali o prerušenie konania do rozhodnutia dovolacieho súdu. Posúdením tohto návrhu odporcov dospel k záveru, že nie sú splnené dôvody pre ďalšie prerušenie konania a návrh odporcov zamietol. Proti uzneseniu súdu prvého stupňa podali odvolanie odporcovia v 1.-3. rade, avšak po uplynutí lehoty na podanie odvolania. Podľa § 204 ods. l, veta prvá O.s.p. odvolanie sa podáva do 15 dní od doručenia rozhodnutia na súde, proti rozhodnutiu ktorého smeruje. Podľa § 218 ods. l, písm. a) O.s.p. odvolací súd odmietne odvolanie, ktoré bolo podané oneskorene. Odvolací súd zistil, že uznesenie súdu prvého stupňa bolo doručené odporkyni v l. rade dňa 24.4.2012, odporcovi v 2. rade dňa 23.4.2012, odporkyni v 3. rade dňa 23.4.2012. Posledný deň na podanie odvolania bol 9.5.2012. Odporcovia podali odvolanie proti napadnutému uzneseniu dňa 14.5.2012 osobne na súde, teda po uplynutí pätnásťdňovej lehoty na podanie odvolania. So zreteľom na oneskorene podané odvolanie, odvolací súd postupom podľa § 218 ods. l, písm. a) O.s.p. podané odvolanie odporcami v l. - 3. rade odmietol. O trovách odvolacieho konania rozhodne súd prvého stupňa podľa § 224 ods. l O.s.p. v spojení s § 145 O.s.p. v konečnom rozhodnutí vo veci samej. Poučenie: Proti tomuto uzneseniu odvolanie nie je prípustné.</w:t>
      </w:r>
    </w:p>
    <w:p/>
    <w:p>
      <w:r>
        <w:t>Zdroj: KAUZIS.SK – https://www.kauzis.sk/judikatura/r/ECLI:SK:KSPO:2012:8710204765.1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