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4Sd/33/2013 z 10. 9. 2013</w:t>
      </w:r>
    </w:p>
    <w:p>
      <w:r>
        <w:t>Rozsudok Krajského súdu Prešov z 10. septembra 2013, sp. zn. 4Sd/33/2013, ECLI:SK:KSPO:2013:8013200375.1</w:t>
      </w:r>
    </w:p>
    <w:p>
      <w:r>
        <w:t>Súd: Krajský súd Prešov</w:t>
      </w:r>
    </w:p>
    <w:p>
      <w:r>
        <w:t>Spisová značka: 4Sd/33/2013</w:t>
      </w:r>
    </w:p>
    <w:p>
      <w:r>
        <w:t>ECLI: ECLI:SK:KSPO:2013:8013200375.1</w:t>
      </w:r>
    </w:p>
    <w:p>
      <w:r>
        <w:t>Dátum vydania: 10. 9. 2013</w:t>
      </w:r>
    </w:p>
    <w:p>
      <w:r>
        <w:t>Forma: Rozsudok</w:t>
      </w:r>
    </w:p>
    <w:p>
      <w:r>
        <w:t>Oblasť práva: Správne právo</w:t>
      </w:r>
    </w:p>
    <w:p>
      <w:pPr>
        <w:pStyle w:val="Heading2"/>
      </w:pPr>
      <w:r>
        <w:t>Text rozhodnutia</w:t>
      </w:r>
    </w:p>
    <w:p>
      <w:r>
        <w:t>Súd: Krajský súd Prešov Spisová značka: 4Sd/33/2013 Identifikačné číslo súdneho spisu: 8013200375 Dátum vydania rozhodnutia: 11. 09. 2013 Meno a priezvisko sudcu, VSÚ: JUDr. Monika Tobiašová ECLI: ECLI:SK:KSPO:2013:8013200375.1 ROZSUDOK V MENE SLOVENSKEJ REPUBLIKY Krajský súd v Prešove samosudkyňou JUDr. Monikou Tobiašovou v právnej veci navrhovateľky T. Y., trvale bytom H. XXXX/XX, T., proti odporkyni Sociálnej poisťovni, ústredie Bratislava, Ul. 29. augusta č. 8-10, o invalidný dôchodok takto r o z h o d o l : P o t v r d z u j e rozhodnutie odporkyne zo dňa 25. januára 2013 v spojení so zmenovým rozhodnutím odporkyne zo dňa 10. mája 2013, obe pod č. XXX XXX XXXX 0. Náhradu trov konania účastníkom n e p r i z n á v a. o d ô v o d n e n i e : Preskúmavaným rozhodnutím zo dňa 25.01.2013 odporkyňa zamietla podľa § 70 a § 71 ods. 1 zákona č. 461/2003 Z. z. o sociálnom poistení v znení neskorších predpisov (ďalej len zákona) žiadosť navrhovateľky o invalidný dôchodok zo dňa 08.01.2013 z dôvodu, že nemá pokles schopnosti vykonávať zárobkovú činnosť o viac ako 40 % v porovnaní so zdravou fyzickou osobou. V odôvodnení preskúmavaného rozhodnutia poukázala na posudok posudkového lekára sociálneho poistenia Sociálnej poisťovne, pobočky Poprad zo dňa 08.01.2013. Včas podaným opravným prostriedkom sa navrhovateľka domáhala preskúmania tohto rozhodnutia. Poukázala na svoj zlý zdravotný stav, pre ktorý nie je schopná vykonávať žiadnu prácu. Odporkyňa rozhodnutím zo dňa 10.05.2013 zmenila svoje rozhodnutie zo dňa 25.01.2013 tak, že podľa § 70 a § 71 zákona zamietla žiadosť navrhovateľky o invalidný dôchodok zo dňa 08.01.2013. V odôvodnení tohto rozhodnutia poukázala na posudok posudkového lekára sociálneho poistenia Sociálnej poisťovne, ústredie pracovisko Poprad zo dňa 18.04.2013 so záverom, že navrhovateľka nie je invalidná podľa § 71 ods. 1 zákona, lebo pre dlhodobo nepriaznivý zdravotný stav nemá pokles schopnosti vykonávať zárobkovú činnosť o viac ako 40 % v porovnaní so zdravou fyzickou osobou. Odborný posudok o invalidite zo dňa 18.04.2013 tvorí neoddeliteľnú súčasť odôvodnenia tohto rozhodnutia. Odporkyňa v písomnom vyjadrení zo dňa 30.05.2013 navrhla, aby súd preskúmavané rozhodnutie zo dňa 25.01.2013 v spojení so zmenovým rozhodnutím odporkyne zo dňa 10.05.2013 o zamietnutí žiadosti o invalidný dôchodok ako vecne správne potvrdil. Krajský súd podľa § 250l a nasledujúcich ustanovení zákona č. 99/1963 Zb. Občianskeho súdneho poriadku (ďalej len O.s.p.) preskúmal napadnuté rozhodnutia a konania, ktoré im predchádzali, vypočul účastníkov konania, oboznámil sa s posudkovým a dávkovým spisom odporkyne a zistil tento skutkový stav: Navrhovateľka žiadosťou spísanou dňa 08.01.2013 požiadala odporkyňu o priznanie invalidného dôchodku, ktorý žiadala priznať od 08.10.2012. Zdravotný stav navrhovateľky bol posúdený posudkovým lekárom sociálneho poistenia Sociálnej poisťovne, pobočky Poprad dňa 08.01.2013 so záverom, že rozhodujúcim zdravotným postihnutím je poškodenie lakťového nervu - nervus ulnaris, ktoré zaradil podľa prílohy č. 4 zákona pod kapitolu XV, oddiel G, položka 29.7. so stanovenou 30 % mierou poklesu schopnosti vykonávať zárobkovú činnosť. V posudku je uvedené, že posudzovaná pracuje ako robotníčka vo výrobe, v marci 2013 mala vykonanú transpozíciu nervus ulnaris na ľavej hornej končatine, ktorá je nedominantná. Po zákroku pretrvávajú poruchy citlivosti v oblasti lakte a predlaktia, pohyblivosť lakťa neporušená, funkcia ruky taktiež bez deficitu. Tento stav podmieňuje mieru poklesu schopnosti vykonávať zárobkovú činnosť u navrhovateľky 30 %. Na základe tohto posudku odporkyňa vydala dňa 25.01.2013 preskúmavané rozhodnutie. Po tom, čo navrhovateľka podala opravný prostriedok bol jej zdravotný stav opätovne posúdený posudkovým lekárom sociálneho poistenia Sociálnej poisťovne, pobočky v Poprade dňa 13.03.2013 a posudkovým lekárom sociálneho poistenia Sociálnej poisťovne, ústredie pracovisko Poprad dňa 18.04.2013. Posudkoví lekári zotrvali na tom, že navrhovateľka nie je invalidná podľa § 71 ods. 1 zákona, lebo nemá pokles schopnosti vykonávať zárobkovú činnosť o viac ako 40 % v porovnaní so zdravou fyzickou osobou. Opätovne za rozhodujúce zdravotné postihnutie je poškodenie lakťového nervu, zaradené podľa prílohy č. 4 zákona pod kapitolu XV, oddiel G, položka 29.7. Posudzovaná pre dlhodobé bolesti v oblasti ľavého lakťa prekonala transpozíciu lakťového nervu vľavo. Aj po operácií pretrváva bolestivosť v oblasti ľavého lakťa, ale výsledok EMG vyšetrenia dokumentuje pri prvom vyšetrení zo dňa 10.09.2012 známky periférnej neurogénnej lézie lakťového nervu ľahkého stupňa a pri kontrolnom EMG vyšetrení dňa 05.03.2013 sú vodivostné štúdie na ľavej hornej končatine v norme. Vedenie lakťovým nervom je v norme. Ostatný EMG nález je celkovo v norme, takže aj priznaná miera poklesu schopnosti vykonávať zárobkovú činnosť 30 % je viac ako priaznivá. Pre bolesti v oblasti krčnej a driekovej chrbtice a pre prejavy osteoporózy bez patologickej zlomeniny bola miera poklesu schopnosti vykonávať zárobkovú činnosť u navrhovateľky zvýšená o 10 %, t.j. celkovo na 40 % (30 %+10 %). Ani podľa tohto posudku navrhovateľka nie je invalidná podľa § 71 ods. 1 zákona, lebo pre dlhodobo nepriaznivý zdravotný stav nemá pokles schopnosti vykonávať zárobkovú činnosť o viac ako 40 % v porovnaní so zdravou fyzickou osobou. Na základe takto zisteného skutkového stavu súd dospel k záveru, že opravnému prostriedku navrhovateľky nie je možné vyhovieť. Podľa § 70 ods. 1 zákona, poistenec má nárok na invalidný dôchodok, ak sa stal invalidný, získal počet rokov dôchodkového poistenia uvedený v § 72 a ku dňu vzniku invalidity nesplnil podmienky nároku na starobný dôchodok alebo mu nebol priznaný predčasný starobný dôchodok. Podľa § 71 ods. 1 zákona, poistenec je invalidný, ak pre dlhodobo nepriaznivý zdravotný stav má pokles schopnosti vykonávať zárobkovú činnosť o viac ako 40 % v porovnaní so zdravou fyzickou osobou. Podľa § 71 ods. 2 zákona, dlhodobo nepriaznivý zdravotný stav je taký zdravotný stav, ktorý spôsobuje pokles schopnosti vykonávať zárobkovú činnosť, a ktorý má podľa poznatkov lekárskej vedy trvať dlhšie ako jeden rok. Podľa § 71 ods. 3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zákona, pokles schopnosti vykonávať zárobkovú činnosť sa posudzuje na základe a) lekárskych správ a údajov zo zdravotnej dokumentácie zdravotníckeho zariadenia a zhodnotenia liečby s určením diagnostického záveru, stabilizácie ochorenia,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5 zákona, miera poklesu schopnosti vykonávať zárobkovú činnosť je uvedená v prílohe č. 4. Podľa § 71 ods. 6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zákona, jednotlivé percentuálne miery poklesu schopnosti vykonávať zárobkovú činnosť sa nesčítavajú. Podľa § 71 ods. 8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Podľa § 153 ods. 1 písm. b/, ods. 3 písm. a/, ods. 5 zákona, lekársku posudkovú činnosť dôchodkového poistenia vykonáva posudkový lekár Sociálnej poisťovne príslušnej pobočky a posudkový lekár Sociálnej poisťovne ústredie (ďalej len „posudkový lekár“). Podľa § 196 ods. 6 zákona, účastník konania je povinný navrhnúť dôkazy na podporu svojich tvrdení. Organizačná zložka Sociálnej poisťovne rozhodne, ktoré z dôkazov sa vykonajú. Organizačná zložka Sociálnej poisťovne je povinná vykonať aj iné dôkazy, ktoré účastníci konania nenavrhli, ak sú potrebné na zistenie a objasnenie skutočného stavu veci. Podľa prílohy č. 4 zákona, kapitola XV, oddiel G, položka 29.7 nervové poškodenie - nervus ulnaris horná časť alebo dolná časť podmieňuje 25 - 35%-nú mieru poklesu schopnosti vykonávať zárobkovú činnosť. Ako to vyplýva z vyššie citovaných zákonných ustanovení, jednou z podmienok nároku na invalidný dôchodok je pokles schopnosti vykonávať zárobkovú činnosť o viac ako 40 % v porovnaní so zdravou fyzickou osobou. Zdravotný stav navrhovateľky bol posúdený posudkovými lekármi Sociálnej poisťovne, pobočky aj ústredia, posudkoví lekári sa zaoberali zdravotnými poškodeniami navrhovateľky, ich dlhodobosťou a vplyvom na jej zárobkovú schopnosť a dospeli k záveru, že rozhodujúce zdravotné postihnutie navrhovateľky nepodmieňuje pokles schopnosti vykonávať zárobkovú činnosť o viac ako 40 % v porovnaní so zdravou fyzickou osobou. Krajský súd považuje za potrebné poznamenať, že fyzická osoba, ktorá si uplatnila nárok na dávku a nárok na výplatu dávky je povinná preukázať skutočnosti rozhodujúce na nárok na dávku a nárok na jej výplatu spôsobom určeným Sociálnou poisťovňou a v rámci dokazovania je účastník konania povinný navrhnúť dôkazy na podporu svojich tvrdení (§ 196 ods. 6 zákona). Ak by došlo k zmene zdravotného stavu v dôsledku jeho zhoršenia môže navrhovateľka opätovne požiadať o preskúmanie miery poklesu schopnosti, alebo o zmenu rozhodujúceho postihnutia a stanovenia miery poklesu schopnosti vykonávať zárobkovú činnosť. Keďže navrhovateľka ku dňu vydania preskúmavaného rozhodnutia nemala pokles schopnosti vykonávať zárobkovú činnosť o viac ako 40 % v porovnaní so zdravou fyzickou osobou, v súlade so zákonom rozhodla odporkyňa, ak z týchto dôvodov zamietla žiadosť navrhovateľky o invalidný dôchodok. Aj keď navrhovateľka na pojednávaní predložila súdu nové lekárske správy od ortopéda a gastroenteorológa, tieto zdravotné ťažkosti navrhovateľky nemajú charakter dlhodobosti, preto krajský súd podľa § 250q ods. 2 O.s.p. preskúmavané rozhodnutia ako zákonné potvrdil. O náhrade trov konania rozhodol podľa § 250k ods. 1 v spojení s ustanovením § 250l ods. 2 O.s.p. Navrhovateľka nebola v konaní úspešná, odporkyňa nemá zo zákona právo na náhradu trov konania, preto súd účastníkom náhradu trov konania nepriznal. Poučenie: Proti tomuto rozsudku je prípustné odvolanie do 15 dní odo dňa jeho doručenia na Najvyšší súd SR v Bratislave prostredníctvom Krajského súdu v Prešove, a to písomne v dvoch vyhotoveniach. V odvolaní sa má popri všeobecných náležitostiach (§ 42 ods. 3)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https://www.kauzis.sk/judikatura/r/ECLI:SK:KSPO:2013:8013200375.1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