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Prešov sp. zn. 21Co/106/2013 z 10. 7. 2013</w:t>
      </w:r>
    </w:p>
    <w:p>
      <w:r>
        <w:t>Rozhodnutie Krajského súdu Prešov z 10. júla 2013, sp. zn. 21Co/106/2013, ECLI:SK:KSPO:2013:8112238564.1</w:t>
      </w:r>
    </w:p>
    <w:p>
      <w:r>
        <w:t>Súd: Krajský súd Prešov</w:t>
      </w:r>
    </w:p>
    <w:p>
      <w:r>
        <w:t>Spisová značka: 21Co/106/2013</w:t>
      </w:r>
    </w:p>
    <w:p>
      <w:r>
        <w:t>ECLI: ECLI:SK:KSPO:2013:8112238564.1</w:t>
      </w:r>
    </w:p>
    <w:p>
      <w:r>
        <w:t>Dátum vydania: 10. 7. 2013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Prešov Spisová značka: 21Co/106/2013 Identifikačné číslo súdneho spisu: 8112238564 Dátum vydania rozhodnutia: 11. 07. 2013 Meno a priezvisko sudcu, VSÚ: JUDr. Antónia Kandravá ECLI: ECLI:SK:KSPO:2013:8112238564.1 Rozhodnutie Krajský súd v Prešove v exekučnej veci žalobcu Ing. D. D., bytom G. XX/XX, XXX XX C. H., proti žalovaným: 1./ U. R. a 2./ I. R., obom bytom R. XXXXX/XX, XXX XX C., o zaplatenie 3.285,- eur s príslušenstvom, o odvolaní žalovaných v 1. a 2. rade proti uzneseniu Okresného súdu Prešov č.k. 11C/391/2012-29 zo dňa 22.11.2012 jednohlasne takto r o z h o d o l : O d m i e t a odvolanie. o d ô v o d n e n i e : Okresný súd Prešov (ďalej len „súd prvého stupňa“) napadnutým uznesením nariadil predbežné opatrenie, ktorým zakázal žalovaným v 1. a 2. rade užívať nehnuteľnosť - rodinný dom so súpisným číslom XXXXX, zapísaný na LV č. XXX, stojaci na parcele č. 1072 v kat. úz. T. D., obec C. a vstup na ňu až do právoplatného rozhodnutia vo veci samej s tým, že o náhrade trov konania o návrhu na nariadenie predbežného opatrenia bude rozhodnuté v konaní vo veci samej. Proti uzneseniu podali odvolanie žalovaní. Krajský súd v Prešove (ďalej len ,,odvolací súd“) preskúmal vec bez nariadenia pojednávania v zmysle ust. § 214 ods. 2 zákona č. 99/1963 Zb. Občianskeho súdneho poriadku (ďalej len „O.s.p.“) a dospel k záveru, že odvolanie je potrebné odmietnuť. Podľa § 218 ods. 1 písm. e) O.s.p. odvolací súd odmietne odvolanie, ak rozhodnutie napadnuté odvolaním zaniklo inak. Podľa § 77 ods. 1 písm. b) O.s.p. predbežné opatrenie zanikne, ak sa návrhu vo veci samej nevyhovelo. Z obsahu spisu odvolací súd zistil, že prvostupňový súd uznesením č. k. 11C/391/2012-73 zo dňa 26.03.2013 konanie vo veci samej zastavil. Uvedené rozhodnutie nadobudlo právoplatnosť 07.05.2013. Napadnuté uznesenie, ktorým bolo nariadené predbežné opatrenie preto v zmysle § 77 ods. 1 písm. b) O.s.p. zaniklo priamo zo zákona právoplatnosťou rozhodnutia o zastavení konania vo veci samej. Odvolací súd preto odvolanie žalovaných v 1. a 2. rade ako podané proti rozhodnutiu, ktoré zaniklo inak, podľa § 218 ods. 1 písm. e) O.s.p. odmieta. Poučenie: Proti tomuto uzneseniu odvolanie nie je prípustné.</w:t>
      </w:r>
    </w:p>
    <w:p/>
    <w:p>
      <w:r>
        <w:t>Zdroj: KAUZIS.SK – https://www.kauzis.sk/judikatura/r/ECLI:SK:KSPO:2013:8112238564.1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