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3S/49/2013 z 22. 1. 2014</w:t>
      </w:r>
    </w:p>
    <w:p>
      <w:r>
        <w:t>Uznesenie Krajského súdu Prešov z 22. januára 2014, sp. zn. 3S/49/2013, ECLI:SK:KSPO:2014:8013200529.1</w:t>
      </w:r>
    </w:p>
    <w:p>
      <w:r>
        <w:t>Súd: Krajský súd Prešov</w:t>
      </w:r>
    </w:p>
    <w:p>
      <w:r>
        <w:t>Spisová značka: 3S/49/2013</w:t>
      </w:r>
    </w:p>
    <w:p>
      <w:r>
        <w:t>ECLI: ECLI:SK:KSPO:2014:8013200529.1</w:t>
      </w:r>
    </w:p>
    <w:p>
      <w:r>
        <w:t>Dátum vydania: 22. 1. 2014</w:t>
      </w:r>
    </w:p>
    <w:p>
      <w:r>
        <w:t>Forma: Uznesenie</w:t>
      </w:r>
    </w:p>
    <w:p>
      <w:r>
        <w:t>Oblasť práva: Správne právo</w:t>
      </w:r>
    </w:p>
    <w:p>
      <w:pPr>
        <w:pStyle w:val="Heading2"/>
      </w:pPr>
      <w:r>
        <w:t>Text rozhodnutia</w:t>
      </w:r>
    </w:p>
    <w:p>
      <w:r>
        <w:t>Súd: Krajský súd Prešov Spisová značka: 3S/49/2013 Identifikačné číslo súdneho spisu: 8013200529 Dátum vydania rozhodnutia: 23. 01. 2014 Meno a priezvisko sudcu, VSÚ: JUDr. Monika Tobiašová ECLI: ECLI:SK:KSPO:2014:8013200529.1 Uznesenie Krajský súd v Prešove v právnej veci žalobcu M. Y., trvale bytom C. č. XXX, proti žalovanému Krajskému riaditeľstvu Policajného zboru v Prešove, Krajský dopravný inšpektorát, so sídlom v Prešove, Pionierska 33, o preskúmanie zákonnosti rozhodnutia a postupu žalovaného zo dňa 22. marca 2013, Č.p.: KRPZ- PO-KDI3-29/2013-P na základe podanej žaloby jednohlasne takto r o z h o d o l : Konanie z a s t a v u j e . Žiaden z účastníkov n e m á právo na náhradu trov konania. o d ô v o d n e n i e : Žalobou zo dňa 07.06.2013 doručenou súdu prostredníctvom elektronickej pošty bez zaručeného elektronického podpisu dňa 11.06.2013 a doplnenou dňa 14.06.2013 sa žalobca domáhal preskúmania rozhodnutia žalovaného zo dňa 22.03.2013, Č.p.: KRPZ-PO-KDI3-29/2013-P v spojení s rozhodnutím Okresného dopravného inšpektorátu Okresného riaditeľstva policajného zboru v Poprade zo dňa 03.01.2013, č.p.: ORPZ-PP-ODI2-50-066/2012, ktorým mu bola uložená povinnosť podrobiť sa doškoľovaciemu kurzu, preskúšaniu odbornej spôsobilosti, preskúmaniu zdravotnej spôsobilosti a preskúmaniu psychickej spôsobilosti, a to v lehote dvoch mesiacov od právoplatnosti rozhodnutia. Z administratívneho spisu žalovaného súd zistil, že žalobou napadnuté rozhodnutie bolo žalobcovi doručené dňa 09.04.2013, čo potvrdil svojím podpisom na doručenke. Podľa § 247 ods. 1, 2 zákona č. 99/1963 Občianskeho súdneho poriadku (ďalej len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Podľa § 250b ods. 1 O.s.p. žaloba sa musí podať do dvoch mesiacov od doručenia rozhodnutia správneho orgánu v poslednom stupni, pokiaľ osobitný zákon neustanovuje inak. Zameškanie lehoty nemožno odpustiť. Osobitný zákon (zákon č. 8/2009 Z. z.) inú lehotu na podanie žaloby neustanovuje. Podľa § 57 ods. 1 až 3 v spojení s ust. § 246c O.s.p. do plynutia lehoty sa nezapočítava deň, keď došlo k skutočnosti určujúcej začiatok lehoty. Lehoty určené podľa týždňov, mesiacov alebo rokov končia sa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Lehota je zachovaná, ak sa posledný deň lehoty urobí úkon na súde alebo podanie odovzdá orgánu, ktorý má povinnosť ho doručiť. Napadnuté rozhodnutie bolo žalobcovi doručené dňa 09.04.2013. Dvojmesačná lehota na podanie žaloby uplynula dňa 10.06.2013, keďže posledný deň lehoty (09.06.2013) pripadol na nedeľu, deň pracovného voľna.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Žalobca podal žalobu elektronickou poštou, bez zaručeného elektronického podpisu dňa 11.06.2013. Doplnenie žaloby bolo odovzdané na poštovú prepravu dňa 12.06.2013, doručená súdu bola dňa 14.06.2013. Ak je podanie urobené elektronickými prostriedkami, treba ho doplniť písomne alebo ústne do zápisnice najneskôr do troch dní (§ 42 ods. 1 O.s.p.). Keďže lehota na podanie žaloby uplynula dňa 10.06.2013 a žalobca podal žalobu dňa 11.06.2013, bola podaná oneskorene. Zmeškanie lehoty nemožno odpustiť, preto krajský súd podľa § 250d ods. 3 O.s.p. konanie zastavil. O náhrade trov konania rozhodol podľa § 146 ods. ods. 1 písm. c/ v spojení s ust. § 246c O.s.p., podľa ktorého žiaden z účastníkov nemá právo na náhradu trov konania podľa jeho výsledku, ak konanie bolo zastavené. Poučenie: Proti tomuto uzneseniu je prípustné odvolanie do 15 dní odo dňa jeho doručenia na Najvyšší súd SR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https://www.kauzis.sk/judikatura/r/ECLI:SK:KSPO:2014:8013200529.1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