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6Sd/73/2013 z 7. 1. 2014</w:t>
      </w:r>
    </w:p>
    <w:p>
      <w:r>
        <w:t>Rozsudok Krajského súdu Prešov z 7. januára 2014, sp. zn. 6Sd/73/2013, ECLI:SK:KSPO:2014:8013200799.2</w:t>
      </w:r>
    </w:p>
    <w:p>
      <w:r>
        <w:t>Súd: Krajský súd Prešov</w:t>
      </w:r>
    </w:p>
    <w:p>
      <w:r>
        <w:t>Spisová značka: 6Sd/73/2013</w:t>
      </w:r>
    </w:p>
    <w:p>
      <w:r>
        <w:t>ECLI: ECLI:SK:KSPO:2014:8013200799.2</w:t>
      </w:r>
    </w:p>
    <w:p>
      <w:r>
        <w:t>Dátum vydania: 7. 1. 2014</w:t>
      </w:r>
    </w:p>
    <w:p>
      <w:r>
        <w:t>Forma: Rozsudok</w:t>
      </w:r>
    </w:p>
    <w:p>
      <w:r>
        <w:t>Oblasť práva: Správne právo</w:t>
      </w:r>
    </w:p>
    <w:p>
      <w:pPr>
        <w:pStyle w:val="Heading2"/>
      </w:pPr>
      <w:r>
        <w:t>Text rozhodnutia</w:t>
      </w:r>
    </w:p>
    <w:p>
      <w:r>
        <w:t>Súd: Krajský súd Prešov Spisová značka: 6Sd/73/2013 Identifikačné číslo súdneho spisu: 8013200799 Dátum vydania rozhodnutia: 08. 01. 2014 Meno a priezvisko sudcu, VSÚ: JUDr. Eva Sláviková ECLI: ECLI:SK:KSPO:2014:8013200799.2 ROZSUDOK V MENE SLOVENSKEJ REPUBLIKY Krajský súd v Prešove sudkyňou JUDr. Evou Slávikovou v právnej veci navrhovateľky U. S., bytom U. XXXX/XX, V. - Q., proti odporkyni Sociálnej poisťovni, ústredie v Bratislave, Ul. 29. augusta č. 8, o invalidný dôchodok takto r o z h o d o l : P o t v r d z u j e rozhodnutie odporkyne č. XXX XXX XXXX X zo dňa 10. júna 2013 v spojení s rozhodnutím č. XXX XXX XXXX X zo dňa 24. septembra 2013. Náhradu trov konania účastníkom n e p r i z n á v a . o d ô v o d n e n i e : Preskúmavaným rozhodnutím zo dňa 10.06.2013 odporkyňa podľa § 70 a § 71 zákona č. 461/2003 Z.z. o sociálnom poistení v znení neskorších predpisov (ďalej len „zákona“) zamietla žiadosť navrhovateľky o invalidný dôchodok zo dňa 27.05.2013. Rozhodnutie odôvodnila citovaním ustanovení § 70 ods. 1 a § 71 ods. 1 zákona, podľa ktorých poistenec má nárok na invalidný dôchodok, ak sa stal invalidný, získal počet rokov dôchodkového poistenia uvedený v § 72 zákona a ku dňu vzniku invalidity nesplnil podmienky nároku na starobný dôchodok alebo mu nebol priznaný predčasný starobný dôchodok. Poistenec je invalidný ak pre dlhodobo nepriaznivý zdravotný stav má pokles schopnosti vykonávať zárobkovú činnosť o viac ako 40 % v porovnaní so zdravou fyzickou osobou. Dôvodila, že podľa posudku posudkového lekára sociálneho poistenia pobočky Sociálnej poisťovne Poprad zo dňa 27.05.2013 nie je navrhovateľka invalidná podľa § 71 ods. 1 zákona, lebo pre dlhodobo nepriaznivý zdravotný stav nemá pokles schopnosti vykonávať zárobkovú činnosť o viac ako 40 % v porovnaní so zdravou fyzickou osobou. Posúdenie jej zdravotného stavu, ktorému zodpovedá aj percentuálne vyjadrenie miery poklesu schopnosti vykonávať zárobkovú činnosť je obsahom pripojeného odborného posudku o invalidite zo dňa 27.05.2013, ktorý tvorí neoddeliteľnú súčasť odôvodnenia tohto rozhodnutia a sú v ňom uvedené všetky rozhodujúce skutočnosti, ktoré boli podkladom na vyhotovenie tohto posudkového záveru. Včas podaným opravným prostriedkom sa navrhovateľka domáhala preskúmania napadnutého rozhodnutia. Nesúhlasila so stanovením miery poklesu schopnosti vykonávať zárobkovú činnosť 20 %. Namietala, že jej zdravotné problémy jej už dlhodobo nedovoľujú vykonávať zárobkovú činnosť. Na základe opravného prostriedku navrhovateľky bol opätovne posudzovaný jej zdravotný stav posudkovým lekárom Sociálnej poisťovne ústredie, pracovisko Poprad, výsledkom ktorého je lekárska správa zo dňa 04.09.2013, na základe ktorého odporkyňa opätovne vo veci rozhodla tak, že rozhodnutím č. XXX XXX XXXX X zo dňa 24.09.2013 zrušila vyššie citované rozhodnutie zo dňa 10.06.2013 o zamietnutí žiadosti o priznanie invalidného dôchodku s poukázaním na posudok posudkového lekára Sociálnej poisťovne ústredie, pracovisko Poprad zo dňa 04.09.2013, kde bola miera poklesu schopnosti vykonávať zárobkovú činnosť určená 30 % a ďalším rozhodnutím č. XXX XXX XXXX X zo dňa 24.09.2013 opätovne podľa § 70 a § 71 zákona zamietla žiadosť navrhovateľky o invalidný dôchodok zo dňa 27.05.2013. Citovala pritom opätovne § 70 ods. 1, § 71 ods. 1 zákona a dôvodila svoje rozhodnutie závermi posudkového lekára Sociálnej poisťovne ústredie Bratislava, pracovisko Poprad zo dňa 04.09.2013. Poverený zástupca odporkyne žiadal napadnuté rozhodnutia ako vecne správne a zákonné potvrdiť s poukázaním na posudky posudkových lekárov, ktoré považuje za komplexné, presvedčivé a jednoznačné. Podľa § 244 ods. 1 a 2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250l ods. 1 a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Krajský súd podľa § 250l a nasledujúcich ustanovení O.s.p. preskúmal napadnuté rozhodnutia a konanie, ktoré im predchádzalo, vypočul účastníkov konania, oboznámil sa s obsahom dávkového a posudkového spisu a dospel k záveru, že opravný prostriedok navrhovateľky nie je dôvodný. Z obsahu dávkového spisu odporkyne vyplýva, že navrhovateľka podala žiadosť o invalidný dôchodok dňa 27.05.2013, ktorá bola doručená odporkyni dňa 05.06.2013. Na základe tejto žiadosti bol posudzovaný jej zdravotný stav posudkovým lekárom sociálneho poistenia Sociálneho poistenia, pobočka Poprad, výsledkom ktorého bola lekárska správa a odborný posudok o invalidite zo dňa 27.05.2013. Z uvedeného posudku vyplýva, že navrhovateľka je od roku 2010 nezamestnaná, predtým pracovala ako upratovačka a robotníčka vo výrobe pračiek. Od roku 2010 je v pravidelnom sledovaní neurológa pre dlhodobo recidivujúce ťažkosti s chrbticou, prevažne driekovou. V klinickom obraze dominujú algie driekovej chrbtice bez propagácie do dolných končatín, bez senzomotorického deficitu na dolných končatinách, FF v norme, dynamika LS bez výrazného deficitu. Toto ochorenie je rozhodujúcim zdravotným postihnutím a podmieňuje zaradenie do kapitoly XV, oddiel E, položka 3, písmeno b/ prílohy č. 4 zákona s mierou poklesu schopnosti vykonávať zárobkovú činnosť 20 %. Polyneuropatia dolných končatín je vertebrogénneho pôvodu hodnotená ako ľahká. Navrhovateľka udáva tŕpnutie dolných končatín, je v pravidelnom sledovaní neurológa pre toto ochorenie bez progresie a bez liečby, čo je posudkovo nezávažné ochorenie, ako aj osteopénia. Ako rozhodujúce zdravotné postihnutie uviedol degeneratívne zmeny na chrbtici s prejavmi nervového a svalového dráždenia s miernym funkčným postihnutím zaradené do kapitoly XV, oddiel E, položka 3, písmeno b/ prílohy č. 4 zákona s mierou poklesu schopnosti vykonávať zárobkovú činnosť 20 %. Ako iné zdravotné postihnutie uviedol úzkostné poruchy a osteopénia, pre ktoré mieru poklesu schopnosti vykonávať zárobkovú činnosť nezvýšil. Na základe opravného prostriedku navrhovateľky bol opätovne posudzovaný jej zdravotný stav posudkovým lekárom sociálneho poistenia Sociálnej poisťovne ústredie, pracovisko Poprad, výsledkom ktorého je lekárska správa zo dňa 04.09.2013. Z celkového posudku vyplýva, že navrhovateľka je sledovaná na ortopedickom, neurologickom a rehabilitačnom pracovisku pre bolesti chrbtice, ktoré sú striedavé v rôznych úsekoch chrbtice. Bola hospitalizovaná na neurologickom oddelení, kde v čase hospitalizácie boli bolesti v oblasti driekovej chrbtice s incipientnými prejavmi lumboischialgického syndrómu. Pri neurologických kontrolách nie sú evidované poruchy citlivosti, hypotrofie svalstva, poruchy sfinkterov. Urobené EMG vyšetrenie, ktoré dokumentuje počínajúce prejavy polyneuropatie ľahkého stupňa na dolných končatinách. Pri vyšetrení kostnej denzity je konštatované, že v oblasti horného konca stehnovej kosti je nález v norme, v oblasti driekovej chrbtice sú prejavy osteopénie, čo je z posudkového hľadiska nezávažný nález. Navrhovateľka je sledovaná na psychiatrickej ambulancii pre zmiešanú úzkostne depresívnu poruchu a jej psychický stav je podľa predložených výsledkov odborných vyšetrení zlepšený a stabilizovaný s dobrou toleranciou psychofarmák. Nálada kolíše v závislosti od správania manžela, ktoré ju najviac trápi. Ako rozhodujúce zdravotné postihnutie uviedol degeneratívne zmeny na stavcoch a medzistavcových platničkách s miernym funkčným postihnutím, s prejavmi nervového a svalového dráždenia zaradené do kapitoly XV, oddiel E, položka 3, písmeno b/ prílohy č. 4 zákona s mierou poklesu schopnosti vykonávať zárobkovú činnosť 20 %. Iné zdravotné postihnutia uviedol zmiešaná úzkostne depresívna porucha, osteopénia v oblasti driekovej chrbtice a polyartralgie, pre ktoré zvýšil percentuálnu mieru poklesu schopnosti vykonávať zárobkovú činnosť o 10 %. Celková miera poklesu schopnosti vykonávať zárobkovú činnosť v percentách bola u navrhovateľky stanovená na 30 % s posudkovým záverom, že navrhovateľka nie je invalidná podľa § 71 ods. 1 zákona, lebo pre dlhodobo nepriaznivý zdravotný stav nemá pokles schopnosti vykonávať zárobkovú činnosť o viac ako 40 % v porovnaní so zdravou fyzickou osobou. Podľa § 70 ods. 1 zákona,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poistenec je invalidný, ak pre dlhodobo nepriaznivý zdravotný stav má pokles schopnosti vykonávať zárobkovú činnosť o viac ako 40 % v porovnaní so zdravou fyzickou osobou. Podľa § 71 ods. 3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zákona, miera poklesu schopnosti vykonávať zárobkovú činnosť je uvedená v prílohe č. 4. Podľa § 71 ods. 6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jednotlivé percentuálne miery poklesu schopnosti vykonávať zárobkovú činnosť sa nesčítavajú. Podľa § 71 ods. 8 prvá veta zákona, mieru poklesu schopnosti vykonávať zárobkovú činnosť určenú podľa odseku 6 možno zvýšiť najviac o 10 %, ak závažnosť ostatných zdravotných postihnutí ovplyvňuje pokles schopnosti vykonávať zárobkovú činnosť. Ako vyplýva z ust. § 70 ods. 1 a § 71 ods. 1 zákona, jednou z podmienok pre priznanie nároku na invalidný dôchodok je, že poistenec má pre dlhodobo nepriaznivý zdravotný stav pokles schopnosti vykonávať zárobkovú činnosť o viac ako 40 % v porovnaní so zdravou fyzickou osobou. Určenie miery poklesu schopnosti vykonávať zárobkovú činnosť sa vykonáva na základe lekárskej posudkovej činnosti podľa § 153 a nasledujúcich ustanovení zákona, a to posudkovými lekármi sociálneho poistenia odporkyne, ktorí posudzujú zdravotný stav poistenca na základe lekárskych správ, nálezov a komplexných funkčných vyšetrení a ich záverov predložených poistencom, a to podľa § 71 ods. 4 zákona. V danom prípade posudkoví lekári zákonom stanoveným postupom posudzovali zdravotný stav navrhovateľky a podľa posudkových záverov určili mieru poklesu schopnosti vykonávať zárobkovú činnosť 30 %. Navrhovateľka teda nespĺňa jednu z podmienok pre priznanie nároku na invalidný dôchodok podľa § 71 ods. 1 zákona. Odporkyňa v danom prípade preto rozhodla v súlade so zákonom, ak zamietla žiadosť navrhovateľky o invalidný dôchodok. Z uvedených dôvodov krajský súd napadnuté rozhodnutia podľa § 250q ods. 2 O.s.p. ako vecne správne a zákonné potvrdil. O trovách konania súd rozhodol podľa § 250k ods. 1 O.s.p. v spojení s ustanovením § 250l ods. 2 O.s.p. Navrhovateľka nebola v konaní úspešná a odporkyňa nemá zo zákona právo na náhradu trov konania, preto súd účastníkom náhradu trov konania nepriznal. Poučenie: Proti tomuto rozsudku je prípustné odvolanie do 15 dní odo dňa jeho doru- čenia na Najvyšší súd SR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https://www.kauzis.sk/judikatura/r/ECLI:SK:KSPO:2014:8013200799.2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