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1Sd/18/2014 z 16. 4. 2014</w:t>
      </w:r>
    </w:p>
    <w:p>
      <w:r>
        <w:t>Rozsudok Krajského súdu Prešov z 16. apríla 2014, sp. zn. 1Sd/18/2014, ECLI:SK:KSPO:2014:8014200367.1</w:t>
      </w:r>
    </w:p>
    <w:p>
      <w:r>
        <w:t>Súd: Krajský súd Prešov</w:t>
      </w:r>
    </w:p>
    <w:p>
      <w:r>
        <w:t>Spisová značka: 1Sd/18/2014</w:t>
      </w:r>
    </w:p>
    <w:p>
      <w:r>
        <w:t>ECLI: ECLI:SK:KSPO:2014:8014200367.1</w:t>
      </w:r>
    </w:p>
    <w:p>
      <w:r>
        <w:t>Dátum vydania: 16. 4. 2014</w:t>
      </w:r>
    </w:p>
    <w:p>
      <w:r>
        <w:t>Forma: Rozsudok</w:t>
      </w:r>
    </w:p>
    <w:p>
      <w:r>
        <w:t>Oblasť práva: Správne právo</w:t>
      </w:r>
    </w:p>
    <w:p>
      <w:pPr>
        <w:pStyle w:val="Heading2"/>
      </w:pPr>
      <w:r>
        <w:t>Text rozhodnutia</w:t>
      </w:r>
    </w:p>
    <w:p>
      <w:r>
        <w:t>Súd: Krajský súd Prešov Spisová značka: 1Sd/18/2014 Identifikačné číslo súdneho spisu: 8014200367 Dátum vydania rozhodnutia: 17. 04. 2014 Meno a priezvisko sudcu, VSÚ: JUDr. Viera Zoľáková ECLI: ECLI:SK:KSPO:2014:8014200367.1 ROZSUDOK V MENE SLOVENSKEJ REPUBLIKY Krajský súd v Prešove samosudkyňou JUDr. Vierou Zoľákovou v právnej veci navrhovateľa H. G., bytom v R. V., S. XXX/XX proti odporkyni Sociálnej poisťovni, ústredie, ul. 29. augusta č. 8, Bratislava, o invalidný dôchodok dňa 23. januára 2014 takto r o z h o d o l : Súd z r u š u j e rozhodnutie odporkyne zo dňa 26. novembra 2013 č. XXX XXX XXXX X podľa § 250j ods. 2 písm. d) O.s.p. v spojení s ustanovením § 250l ods. 2 a 250q ods. 2 O.s.p. a vec v r a c i a odporkyni na ďalšie konanie. Náhradu trov konania účastníkom n e p r i z n á v a . o d ô v o d n e n i e : Preskúmavaným rozhodnutím zo dňa 26.11.2013 č. XXX XXX XXXX X odporkyňa podľa § 70 ods. 1 a § 71 ods. 1 zákona č. 461/2003 Z.z. o sociálnom poistení v znení neskorších predpisov zamietla žiadosť navrhovateľa o invalidný dôchodok zo dňa 12. novembra 2013. Výrok rozhodnutia odôvodnila tým, že podľa posudku posudkového lekára sociálneho postenia pobočky Sociálnej poisťovne Stará Ľubovňa zo dňa 12. novembra 2013 navrhovateľ nie je invalidný podľa § 71 ods. 1 zákona č. 461/2003 Z.z., lebo pre dlhodobo nepriaznivý zdravotný stav nemá pokles schopnosti vykonávať zárobkovú činnosť o viac ako 40 % v porovnaní so zdravou fyzickou osobou. Posúdenie jeho zdravotného stavu, ktorému zodpovedá percentuálne vyjadrenie miery poklesu schopnosti vykonávať zárobkovú činnosť je obsahom pripojeného odborného posudku o invalidite zo dňa 12. novembra 2013, ktorý tvorí neoddeliteľnú súčasť odôvodnenia tohto rozhodnutia a sú v ňom uvedené všetky rozhodujúce skutočnosti, ktoré boli podkladom na vyhotovenie posudkového záveru o tom, že navrhovateľa nie je invalidný podľa § 71 ods. 1 zákona č. 461/2003 Z.z. Proti tomuto rozhodnutiu podal včas odvolanie navrhovateľ, ktoré odôvodnil tým, že podľa jeho názoru bolo jeho zdravotné postihnutie posudkovou lekárkou nesprávne zaradené pod kapitolu XIV, položku 3, písmeno b, ale malo byť zaradené pod písmeno c. Pod písmeno c sú zaradené zdravotné postihnutia rozsiahle, dlhodobo aktívne formy odolávajúce liečbe, so zníženou výkonnosťou organizmu. Argumentoval tým, že jeho ochorenie trvá od narodenia a stále pretrváva a nedá sa vyliečiť, čím sa oslabuje jeho organizmus, a tým aj výkonnosť. Stále cíti únavu, nevládze vykonávať rôznu činnosť ako zdraví ľudia. Odkedy bol uznaný invalidným, jeho stav sa nezlepšil, ale zhoršil. Jeho vzhľad, ktorý je tiež podmienený jeho chorobou, mu zhoršuje jeho sociálne postavenie, takže sa prakticky nemôže nikde pracovne uplatniť. Odporkyňa navrhla preskúmavané rozhodnutie ako vecne správne potvrdiť. V písomnom vyjadrení k opravnému prostriedku uviedla, že na základe na základe podaného opravného prostriedku bol zdravotný stav navrhovateľa opätovne posúdený posudkovým lekárom sociálneho poistenia Sociálnej poisťovne, pobočky Stará Ľubovňa 17. januára 2014 a posudkovým lekárom sociálneho poistenia Sociálnej poisťovne, ústredie 27. februára 2014 Posudkoví lekári sociálneho poistenia zotrvali na pôvodnom posudku, že navrhovateľ nie je invalidný podľa ustanovenia § 71 ods. 1 zákona, lebo má mieru poklesu schopnosti vykonávať zárobkovú činnosť 30 % v porovnaní so zdravou fyzickou osobou. Krajský súd podľa § 250l a nasl. ust. O.s.p. preskúmal napadnuté rozhodnutie odporkyne, vypočul účastníkov konania, oboznámil sa s dávkovým spisom odporkyne a zistil, že opravný prostriedok navrhovateľa je dôvodný. Podľa lekárskej správy a odborného posudku o invalidite zo dňa 12. novembra 2013 vypracovaným posudkovým lekárom Sociálnej poisťovne, pobočka Stará Ľubovňa posudkový lekár po zhodnotení odborných nálezov a stavu hodnotil ochorenie ako dermatitídu (zápal kože) v dôsledku genetickej chyby podľa kapitoly XIV, položka 3, písmeno b podľa generalizovanej poruchy, ktorá je v súčasnosti stabilizovaná bez výraznejších prejavov a negatívneho dopadu na celkový stav posudzovaného a priklonil sa k strednej hranici v danom rozmedzí, t.j. 30 %. Pridružená alergická nádcha je z posudkového hľadiska nezáväzná a nepodmieňuje percentuálne navýšenie miery poklesu schopnosti vykonávať zárobkovú činnosť, pretože spirometrické vyšetrenie slúžiace na stanovenie funkčnej kapacity pľúc a dychových parametrov vykazuje fyziologické hodnoty. Miera poklesu schopnosti vykonávať zárobkovú činnosť v percentách je 30 %. Navrhovateľ nie je invalidný podľa § 71 ods. 1 zákona č. 461/2003 Z.z. o sociálnom poistení, lebo pre dlhodobo nepriaznivý zdravotný stav nemá pokles schopnosti vykonávať zárobkovú činnosť o viac ako 40 % v porovnaní so zdravou fyzickou osobou. Rozhodujúcim zdravotným postihnutím navrhovateľa: 30 %, choroby kože a podkožného väziva, zaradené pod kapitolu XIV, položka 3 - Dermatitis, ekzém a erytrodemia, písmeno b - výrazné prejavy, s častými exacerbáciami alebo generalizované stabilizované formy. Posudková lekárka odporkyne v odbornom lekárskom posudku, ktorý je súčasťou lekárskej správy zo dňa 27.02.2014 potvrdila posudkový záver posudkového lekára pobočky. Podľa ustanovenia § 70 ods. 1 zákona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Podmienky nároku na invalidný dôchodok upravuje v § 70 zákona o sociálnom poistení č. 461/2003 Z.z., podľa ktorého poistenec má nárok na invalidný dôchodok, ak sa stal invalidný, získal počet rokov dôchodkového poistenia uvedený v § 72 a ku dňu vzniku invalidity nespĺňa podmienky nároku na starobný dôchodok, alebo mu nebol priznaný predčasný starobný dôchodok. Pokles schopnosti vykonávať zárobkovú činnosť a miera poklesu schopnosti vykonávať zárobkovú činnosť upravuje ust. § 71 v ods. 1-10. Podľa § 71 ods. 1 poistenec je invalidný, ak pre dlhodobo nepriaznivý zdravotný stav má pokles schopnosti vykonávať zárobkovú činnosť o viac ako 40 % v porovnaní so zdravou fyzickou osobou. Podľa § 71 ods. 2 zákona dlhodobo nepriaznivý zdravotný stav je taký zdravotný stav, ktorý spôsobuje pokles schopnosti vykonávať zárobkovú činnosť a ktorý má podľa poznatkov lekárskej vedy trvať dlhšie ako jeden rok. Podľa § 71 ods. 3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5 zákona miera poklesu schopnosti vykonávať zárobkovú činnosť je uvedená v prílohe č. 4. Podľa § 71 ods. 6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zákona jednotlivé percentuálne miery poklesu schopnosti vykonávať zárobkovú činnosť sa nesčítavajú. Podľa § 71 ods. 8 zákona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 153 ods. 1 písm. b), ods. 3 písm. a), ods. 5 zákona č. 461/2003 Z.z. o sociálnom poistení v znení neskorších predpisov lekársku posudkovú činnosť dôchodkového poistenia vykoná posudkový lekár sociálnej poisťovne príslušnej pobočky a posudkový lekár sociálnej poisťovne ústredie (ďalej len ,,posudkový lekár“). V súlade s čl. 152 ods. 4 Ústavy Slovenskej republiky nedostatočne odôvodnené rozhodnutie žalovanej porušuje ústavné právo žalobkyne na súdny prieskum rozhodnutia správneho orgánu podľa čl. 46 ods. 2 Ústavy Slovenskej republiky, nakoľko sa účastníkovi správneho konania, dotknutému na jeho právach odopiera možnosť efektívne spochybniť takéto rozhodnutie, a preto nie je možné označiť napadnuté rozhodnutie ako spravodlivé. Preskúmanie zákonnosti rozhodnutia podľa piatej časti O.s.p. nie je pokračovaním administratívneho konania. Nie je preto úlohou súdu doplňovať vecnú, či právnu argumentáciu rozhodnutia žalovanej, ktorá mala byť uvedená už v odôvodnení rozhodnutia. V posudkoch posudkových lekárov sa u navrhovateľa konštatuje stredný stupeň predpísaného rozpätia z položky 3b, z kapitoly XIV. Napriek odvolacím námietkam sa posudková lekárka odporkyne nevyporiadala s odvolacou námietkou navrhovateľa a s možnosťou zaradenia jeho zdravotného postihnutia pod položku c a neuviedla dôvody, pre ktoré nemôže byť jeho zdravotné postihnutie pod písmeno c, kapitoly XIV, položky 3 zaradené. Zaradením rozhodujúceho zdravotného postihnutia navrhovateľa pod položku XIV, písmeno b, položka 3 a nemožnosťou zaradenia rozhodujúceho zdravotného postihnutia navrhovateľa pod písmeno c sa nezaoberal ani posudkový lekár pobočky. Z toho dôvodu súd považuje rozhodnutie odporkyne za nedostatočne odôvodnené a z toho dôvodu nepreskúmateľné, a teda nezákonné. Z týchto dôvodov súd rozhodnutie odporkyne podľa § 250j ods. 2 písm. d) O.s.p. v spojení s ust. § 250l ods. 2 O.s.p. a 250q ods. 2 O.s.p. zrušil a vec vrátil odporkyni na ďalšie konanie. V ďalšom konaní bude povinnosťou odporkyne opätovne posúdiť invaliditu navrhovateľa, zvážiť zaradenie jeho rozhodujúceho zdravotného postihnutia pod príslušnú položku kapitoly XIV a vo veci opätovne rozhodnúť a rozhodnutie riadne odôvodniť. O trovách krajský súd rozhodol podľa § 250k ods. 1 O.s.p. v spojení s ust. § 250l ods. 2 O.s.p. a úspešnému navrhovateľovi náhradu trov konania nepriznal, pretože tento si neuplatnil nárok na ich náhradu a odporkyňa zo zákona nemá nárok na náhradu trov konania. Poučenie: Proti tomuto rozsudku odvolanie nie je prípustné.</w:t>
      </w:r>
    </w:p>
    <w:p/>
    <w:p>
      <w:r>
        <w:t>Zdroj: KAUZIS.SK – https://www.kauzis.sk/judikatura/r/ECLI:SK:KSPO:2014:8014200367.1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