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1CoE/201/2013 z 26. 2. 2014</w:t>
      </w:r>
    </w:p>
    <w:p>
      <w:r>
        <w:t>Uznesenie Krajského súdu Prešov z 26. februára 2014, sp. zn. 1CoE/201/2013, ECLI:SK:KSPO:2014:8713201611.1</w:t>
      </w:r>
    </w:p>
    <w:p>
      <w:r>
        <w:t>Súd: Krajský súd Prešov</w:t>
      </w:r>
    </w:p>
    <w:p>
      <w:r>
        <w:t>Spisová značka: 1CoE/201/2013</w:t>
      </w:r>
    </w:p>
    <w:p>
      <w:r>
        <w:t>ECLI: ECLI:SK:KSPO:2014:8713201611.1</w:t>
      </w:r>
    </w:p>
    <w:p>
      <w:r>
        <w:t>Dátum vydania: 26. 2. 2014</w:t>
      </w:r>
    </w:p>
    <w:p>
      <w:r>
        <w:t>Forma: Uznesenie</w:t>
      </w:r>
    </w:p>
    <w:p>
      <w:r>
        <w:t>Oblasť práva: Občianske právo</w:t>
      </w:r>
    </w:p>
    <w:p>
      <w:pPr>
        <w:pStyle w:val="Heading2"/>
      </w:pPr>
      <w:r>
        <w:t>Text rozhodnutia</w:t>
      </w:r>
    </w:p>
    <w:p>
      <w:r>
        <w:t>Súd: Krajský súd Prešov Spisová značka: 1CoE/201/2013 Identifikačné číslo súdneho spisu: 8713201611 Dátum vydania rozhodnutia: 27. 02. 2014 Meno a priezvisko sudcu, VSÚ: JUDr. Jozef Angelovič ECLI: ECLI:SK:KSPO:2014:8713201611.1 Uznesenie Krajský súd v Prešove v exekučnej veci oprávneného: Home Credit Slovakia, a.s. , so sídlom teplická 7434/147, 921 01 Piešťany, zast. JUDr. Petrom Pečeným, advokátom, Námestie sv. Martina 9, Holíč proti povinnému: V. R., bytom S. XXXX/XX, A., o vymoženie 334,85 Eur, súdnym exekútorom JUDr. Petrom Juhásom, Exekútorský úrad so sídlom v Trnave, Matouškova č. 1, o odvolaní oprávneného proti uzneseniu Okresného súdu Poprad, č. k. 12 Er 57/2013-10 zo dňa 16.5.2013 takto r o z h o d o l : P o t v r d z u j e uznesenie. o d ô v o d n e n i e : Prvostupňový súd napadnutým uznesením žiadosť súdneho exekútora JUDr. Petra Juhása o udelenie poverenia na vykonanie exekúcie zamietol. Rozhodnutie odôvodnil tým, že po preskúmaní žiadosti o udelenie poverenia na vykonanie exekúcie, návrhu na vykonanie exekúcie a exekučného titulu zistil, že oprávnený ako dodávateľa povinný ako spotrebiteľ uzavreli úverovú zmluvu, ktorá má povahu spotrebiteľskej zmluvy. V odôvodnení svojho rozhodnutia uviedol, že súdnym exekútorom doručená žiadosť o udelenie poverenia na vykonanie exekúcie v prospech oprávneného voči povinnému pre vymoženie istiny s príslušenstvom, na podklade exekučného titulu, ktorým je rozhodcovský rozsudok rozhodcu JUDr. Radima Kuchtu zo dňa 10.10.2012 č. k. PEC-AP 425/2012. Súd uviedol, že v predmetnej exekučnej veci sa vymáha plnenie z úverovej zmluvy, ktorú posúdil ako spotrebiteľskú zmluvu, kde je povinný v pozícií spotrebiteľa. Právomoc rozhodcu bola daná rozhodcovskou doložkou, ktorá mala založiť legitimitu pre exekučný titul avšak ktorá znemožňuje voľbu spotrebiteľa dosiahnuť rozhodnutie sporu štátnym súdom. Je v nej uvedené, že všetky spory, ktoré medzi účastníkmi zmluvy vznikli alebo v budúcnosti vzniknú z tejto zmluvy alebo v súvislosti s ňou, budú rozhodované pred rozhodcom zo zoznamu. Takto formulovanú rozhodcovskú doložku si povinný ako spotrebiteľ osobitne nevyjednal a nemal na výber vzhľadom na jej splynutie s ostatnými štandardnými podmienkami. Mohol len zmluvu ako celok odmietnuť alebo podrobiť sa všetkými úverovými podmienkami, a teda aj rozhodcovskému konaniu. Zároveň uviedol, že rozhodcovská doložka nebola dojednaná štandardne, ale v rozpore so zákonom , ak rozhodcovská zmluva, na ktorej sa zakladá právomoc rozhodcovského súdu bola uzatvorená neplatne a odporuje dobrým mravom. Prvostupňový súd mal za to, že dojednanie rozhodcovskej doložky a následné konanie pred rozhodcovským súdom viedli vo svojom dôsledku k tomu, že spotrebiteľovi bola odopretá ochrana, ktorú mu poskytujú §§ 52 a nasl. Občianskeho zákonníka. V tomto prípade oprávnený preukázateľne nepoučil povinného o dôsledkoch uzavretia rozhodcovskej zmluvy na riešenie sporov a rozhodcovskú doložku si individuálne nedojednali. Teda na základe uvedeného súd dospel k záveru, že dojednanie rozhodcovskej doložky v predmetnej spotrebiteľskej zmluve je nekalou podmienkou, ktorá nie je pre spotrebiteľa záväzná, je v rozpore s dobrými mravmi a z týchto dôvodov žiadosť súdneho exekútora o vydanie poverenia na vykonanie exekúcie zamietol. Proti tomuto uzneseniu podal v zákonom stanovenej lehote odvolanie oprávnený. Navrhol rozhodnutie súdu prvého stupňa z dôvodu nesprávneho právneho posúdenia zmeniť a poveriť súdneho exekútora vykonaním exekúcie. Poukázal na to, že súd prvého stupňa vydal celkom 522 poverení na vykonanie exekúcie a potom nastal obrat. Záver súdu prvého stupňa nemá oporu vo vykonanom dokazovaní. K záveru o neprijateľnosti zmluvnej podmienky dospel bez toho, aby skúmal podmienky, za akých bola uzavretá. Súdy sú povinné skúmať konkrétne okolnosti uzatvorenia zmluvy a rovnako tak i ochrana spotrebiteľa má svoje medze a v žiadnom prípade ju nie je možné chápať ako obranu ľahkomyseľnosti a nezodpovednosti. Povinný uzavrel zmluvu s oprávneným dobrovoľne, pričom nemal k návrhu úverovej zmluvy žiadne pripomienky. Pri podpise zmluvy nebol na povinného vyvíjaný žiaden nátlak. Zmluva o úvere č. 3901237162, rovnako ako rozhodcovská doložka, ktorá je včlenená do všeobecných obchodných podmienok je v súlade s ust. § 4 ods. 1, 2 zákona o rozhodcovskom konaní (ďalej len „ZoRK“). Súd prvého stupňa uviedol, že povinný nemal možnosť ovplyvniť alternatívu riešenia sporu. S týmto záverom nesúhlasil, nakoľko rozhodca vyzval povinného k súčinnosti. Povinný si výzvu prevzal a v stanovenej lehote nijako nereagoval na výzvu rozhodcu. Keby bol predmetný spor prejednaný v súdnom konaní, povinný by zostal rovnako nečinný. Preto jeho práva neboli nijako ukrátené. Povinný mal niekoľko inštitútov, ktorými mohol dosiahnuť nápravu rozhodnutia, resp. alternatívu konania, pričom ani jeden z nich nevyužil. Tiež poukázal na nejednoznačnú a mätúcu verziu ustanovení smernice Rady 93/13/EHS. Rozhodcovská doložka je v súlade s právneho úpravou Slovenskej republiky, je platne dojednaná a vyvoláva právne účinky. Zamietavým rozhodnutím súd prvého stupňa zamedzuje reálnemu vymoženiu pohľadávky, ktorá voči povinnému nepochybne existuje. Povinný sa k odvolaniu oprávneného písomne nevyjadril. Krajský súd v Prešove (ďalej len odvolací súd) príslušný na rozhodnutie o odvolaní (§ 10 ods. 1 zákona č. 99/1963 Zb. Občianskeho súdneho poriadku v znení neskorších predpisov, ďalej len O.s.p.) vzhľadom na včas podané odvolanie (§ 204 ods. 1 O.s.p.), preskúmal napadnuté rozhodnutie, ako aj konanie mu predchádzajúce v zmysle zásad vyplývajúcich z ust. § 212 O.s.p., bez nariadenia pojednávania (§ 214 ods. 2 O.s.p.) a dospel k záveru, že odvolanie oprávneného nie je dôvodné. Podľa § 3 ods. 1 Občianskeho zákonníka výkon práv a povinností vyplývajúcich z občianskoprávnych vzťahov nesmie bez právneho dôvodu zasahovať do práv a oprávnených záujmov iných a nesmie byť v rozpore s dobrými mravmi. Podľa § 39 Občianskeho zákonníka neplatný je právny úkon, ktorý svojím obsahom alebo účelom odporuje zákonu alebo ho obchádza alebo sa prieči dobrým mravom. Podľa § 45 ods. 1 zákona č. 244/2002 Z. z. o rozhodcovskom konaní,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Podľa § 45 ods. 2 zákona č. 244/2002 Z. z. o rozhodcovskom konaní Súd príslušný na výkon rozhodnutia alebo na exekúciu zastaví výkon rozhodcovského rozsudku alebo exekučné konanie aj bez návrhu, ak zistí v rozhodcovskom konaní nedostatky podľa odseku 1 písm. b) alebo c). Podľa ust. § 53 ods. 1 Občianskeho zákonníka platného v čase uzavretia spotrebiteľskej zmluvy, spotrebiteľské zmluvy nesmú obsahovať ustanovenia, ktoré spôsobujú značnú nerovnováhu v právach a povinnostiach zmluvných strán v neprospech spotrebiteľa (ďalej len neprijateľná podmienka ). Podľa ust. § 53 ods. 2 Občianskeho zákonníka za individuálne dojednané zmluvné ustanovenia sa nepovažujú také, s ktorými mal spotrebiteľ možnosť oboznámiť sa pred podpisom zmluvy, ak nemohol ovplyvniť ich obsah. Podľa ust. § 53 ods. 3 Občianskeho zákonníka ak dodávateľ nepreukáže opak, zmluvné ustanovenia dohodnuté medzi dodávateľom a spotrebiteľom sa nepovažujú za individuálne dojednané. Podľa ust.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Podľa ust. § 53 ods. 5 Občianskeho zákonníka, neprijateľné podmienky upravené v spotrebiteľských zmluvách sú neplatné. Vo veci sa v dostatočnom rozsahu zistil skutkový stav a zo zistených skutočností bol vyvodený správny právny záver. Keďže ani v priebehu odvolacieho konania sa na týchto skutkových zisteniach nič nezmenilo, odvolací súd si osvojil náležité a presvedčivé odôvodnenie rozhodnutia prvostupňovým súdom, na ktoré v plnom rozsahu odkazuje. Len na zdôraznenie správnosti napadnutého rozhodnutia je potrebné poukázať na skutočnosť, podľa ktorej základnú charakteristiku spotrebiteľských zmlúv upravuje Občiansky zákonník v ustanovení § 52. Vychádzajúc z tohto ustanovenia,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Podľa rozhodcovskej doložky v rámci úverovej zmluvy sa zmluvné strany dohodli, že všetky spory, ktoré vzniknú zo zmluvy a v súvislosti s ňou budú rozhodované pred rozhodcom zo zoznamu.. Občiansky zákonník síce až od 1. 1. 2008 v ust. § 53 ods. 4 písm. r) za neprijateľné označil aj dojednanie vyžadujúce v rámci dojednanej rozhodcovskej doložky od spotrebiteľa, aby spory s dodávateľom riešil výlučne v rozhodcovskom konaní, avšak táto okolnosť nie je dôvodom na iné vyhodnotenie takejto neprijateľnej podmienky u zmlúv uzatvorených pred 31. 12. 2007. Občiansky zákonník účinný do 31.12.2007 len demonštratívne menoval niektoré neprijateľné podmienky, a teda charakter neprijateľných podmienok mohli mať i iné podmienky spôsobujúce značnú nerovnováhu v právach a povinnostiach zmluvných strán v neprospech spotrebiteľa. O takúto zmluvnú podmienku ide aj vtedy, ak síce spotrebiteľ podľa nej má možnosť vybrať si medzi rozhodcovským a všeobecným súdom, ale ak by podľa takejto doložky sa rozhodcovské konanie začalo na základe žaloby podanej dodávateľom, spotrebiteľ by bol nútený podrobiť sa rozhodcovskému konaniu alebo podať žalobu na všeobecnom súde, ak by chcel zabrániť rozhodcovskému konaniu. Z pohľadu spotrebiteľa je totiž rovnocenné, či riešenie jeho sporov prostredníctvom rozhodcovského konania mu vnúti štandardná zmluvná klauzula alebo dodávateľ svojím konaním podaním žaloby na rozhodcovskom súde. Občiansky zákonník s takýmito neprijateľnými podmienkami spôsobujúcimi značnú nerovnováhu v právach a povinnostiach zmluvných strán v neprospech spotrebiteľa v ust. § 53 vždy spájal sankciu neplatnosti. Keďže ust. § 53 OZ nikdy nebolo zaradené medzi prípady relatívnej neplatnosti (§ 40a OZ), išlo o neplatnosť absolútnu, pôsobiacu bez ďalšieho priamo zo zákona, na ktorú musel súd prihliadať z úradnej povinnosti. Ak teda dojednanie ukladajúce spotrebiteľovi povinnosť podrobiť sa rozhodcovskému konaniu je pre jeho neprijateľnosť neplatné, pre vykonanie exekúcie chýba základný predpoklad, a to právoplatný a vykonateľný exekučný titul. Rozhodcovský súd totiž môže vec v rozhodcovskom konaní prejednať len vtedy, ak medzi zmluvnými stranami bola v súlade s ust. § 3 zákona č. 244/2002 Z. z. uzatvorená platná rozhodcovská zmluva o tom, že všetky alebo niektoré spory, ktoré medzi nimi vznikli alebo vzniknú v určenom zmluvnom alebo inom právnom vzťahu, sa rozhodnú v rozhodcovskom konaní. Bez takejto platnej zmluvy majúcej buď formu osobitnej zmluvy alebo formu rozhodcovskej doložky k zmluve (§ 4 ods. 1 zákona č. 244/2002 Z. z.), akýkoľvek rozhodcovský rozsudok nemôže byť podkladom pre exekučné konanie. Podanie žaloby na rozhodcovskom súde má totiž rovnaké účinky ako keby bola žaloba podaná na súde, pričom po začatí rozhodcovského konania nemožno v tej istej veci konať a rozhodovať na súde, čo je zrejmé z ust. § 19 ZoRK. Bez pochýb možno konštatovať, že obmedzenie možnosti spotrebiteľa brániť si svoje práva pred nezávislým súdom, spôsobuje značnú nerovnováhu v právach a povinnostiach zmluvných strán v neprospech spotrebiteľa. Ide o podmienku, ktorú odvolací súd s poukazom na ust. § 53 ods. 1 OZ, považuje za neprijateľnú, a preto neplatnú. V tejto súvislosti odvolací súd dáva do pozornosti tiež stanovisko zo spoločného rokovania občianskoprávneho a obchodnoprávneho kolégia Krajského súdu v Prešove zo dňa 27. septembra 2010, podľa ktorého zmluvná podmienka v štandardnej formulárovej zmluve uzavretej po 31. 12. 2007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 prihliadnutím na uvedené odvolací súd postupom vyplývajúcim z ust. § 219 O.s.p. uzneseniu súdu prvého stupňa ako vecne správne potvrdil. O trovách odvolacieho konania rozhodol odvolací súd v súlade s ust. § 224 ods. 4 O.s.p., nakoľko z tohto ustanovenia vyplýva, že ak odvolací súd rozhoduje o odvolaní proti rozhodnutiu vo veci samej, ktorým nebolo rozhodnuté o trovách konania z dôvodu postupu podľa § 151 ods. 3, o trovách odvolacieho konania rozhodne súd prvého stupňa. Poučenie: Proti tomuto uzneseniu odvolanie nie je prípustné.</w:t>
      </w:r>
    </w:p>
    <w:p/>
    <w:p>
      <w:r>
        <w:t>Zdroj: KAUZIS.SK – https://www.kauzis.sk/judikatura/r/ECLI:SK:KSPO:2014:8713201611.1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