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8CoP/18/2014 z 25. 6. 2014</w:t>
      </w:r>
    </w:p>
    <w:p>
      <w:r>
        <w:t>Uznesenie Krajského súdu Prešov z 25. júna 2014, sp. zn. 8CoP/18/2014, ECLI:SK:KSPO:2014:8713201630.1</w:t>
      </w:r>
    </w:p>
    <w:p>
      <w:r>
        <w:t>Súd: Krajský súd Prešov</w:t>
      </w:r>
    </w:p>
    <w:p>
      <w:r>
        <w:t>Spisová značka: 8CoP/18/2014</w:t>
      </w:r>
    </w:p>
    <w:p>
      <w:r>
        <w:t>ECLI: ECLI:SK:KSPO:2014:8713201630.1</w:t>
      </w:r>
    </w:p>
    <w:p>
      <w:r>
        <w:t>Dátum vydania: 25.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8CoP/18/2014 Identifikačné číslo súdneho spisu: 8713201630 Dátum vydania rozhodnutia: 26. 06. 2014 Meno a priezvisko sudcu, VSÚ: JUDr. Martin Fiľakovský ECLI: ECLI:SK:KSPO:2014:8713201630.1 Uznesenie Krajský súd v Prešove v právnej veci starostlivosti súdu o mal. deti X. O., nar. XX.XX.XXXX, a Y. O., nar. XX.XX.XXXX, bytom u matky, zastúpené opatrovníkom pre konanie Úradom práce, sociálnych vecí a rodiny Kežmarok, deti rodičov Z. O., nar. XX.XX.XXXX, trvale bytom J. č. XXX/XXX, V., a Y. O., nar. XX.XX.XXXX, trvale bytom M. č. XXX/XX, L., v konaní o návrhu o návrhu otca na zníženie výživného na maloleté deti, o odvolaní otca maloletých detí proti uzneseniu Okresného súdu Kežmarok zo dňa 20.11.2013 č.k. 6P/59/2013 - 25 takto jednohlasne r o z h o d o l : Odvolacie konanie z a s t a v u j e. Žiaden z účastníkov n e m á p r á v o na náhradu trov odvolacieho konania. o d ô v o d n e n i e : Napadnutým uznesením súd prvého stupňa konanie zastavil. O trovách konania rozhodol tak, že žiaden z účastníkov nemá právo na náhradu trov konania. Proti uvedenému rozhodnutiu podal odvolanie v zákonnej lehote otec maloletých detí. Svoje odvolanie vzal späť na Okresnom súde Kežmarok dňa 14.4.2014 podaním do zápisnice. Podľa ustanovenia § 207 ods. 1 O.s.p., dokiaľ o odvolaní nebolo rozhodnuté, možno ho vziať späť. Ak niekto vzal odvolanie späť, nemôže ho podať znova. Podľa ustanovenia § 207 ods. 3 O.s.p, ak sa odvolanie, o ktorom nebolo rozhodnuté vzalo späť, odvolací súd odvolacie konanie zastaví. Na základe uvedených ustanovení odvolací súd konanie o odvolaní zastavil. O trovách konania bolo rozhodnuté podľa § 146 ods. 1 písm. c/ O.s.p. so zreteľom na ustanovenie § 224 ods. 1 O.s.p., podľa ktorého pri konaní na odvolacom súde platia primerane ustanovenia o trovách konania v prvom stupni. Neboli dôvody pre postup podľa § 146 ods. 2 O.s.p.. Poučenie: Proti tomuto uzneseniu odvolanie nie je prípustné.</w:t>
      </w:r>
    </w:p>
    <w:p/>
    <w:p>
      <w:r>
        <w:t>Zdroj: KAUZIS.SK – https://www.kauzis.sk/judikatura/r/ECLI:SK:KSPO:2014:8713201630.1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