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6S/8/2014 z 10. 6. 2015</w:t>
      </w:r>
    </w:p>
    <w:p>
      <w:r>
        <w:t>Opravné uznesenie Krajského súdu Prešov z 10. júna 2015, sp. zn. 6S/8/2014, ECLI:SK:KSPO:2015:8014200213.2</w:t>
      </w:r>
    </w:p>
    <w:p>
      <w:r>
        <w:t>Súd: Krajský súd Prešov</w:t>
      </w:r>
    </w:p>
    <w:p>
      <w:r>
        <w:t>Spisová značka: 6S/8/2014</w:t>
      </w:r>
    </w:p>
    <w:p>
      <w:r>
        <w:t>ECLI: ECLI:SK:KSPO:2015:8014200213.2</w:t>
      </w:r>
    </w:p>
    <w:p>
      <w:r>
        <w:t>Dátum vydania: 10. 6.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Prešov Spisová značka: 6S/8/2014 Identifikačné číslo súdneho spisu: 8014200213 Dátum vydania rozhodnutia: 11. 06. 2015 Meno a priezvisko sudcu, VSÚ: JUDr. Monika Tobiašová ECLI: ECLI:SK:KSPO:2015:8014200213.2 Opravné uznesenie Krajský súd v Prešove v právnej veci žalobkyne R. X., trvale bytom S., L. XX proti žalovanému Okresnému úradu Prešov, odbor opravných prostriedkov, Nám. mieru č. 3, Prešov, o preskúmanie zákonnosti postupu a rozhodnutia žalovaného zo dňa 28. novembra 2013 číslo: Co 36/2013/Lu, o oprave rozsudku takto r o z h o d o l : O p r a v u j e I. a II. výrok rozsudku Krajského súdu v Prešove č. k. 6S/8/2014- 40 zo dňa 11. decembra 2014 tak, že tento znie : Z r u š u j e rozhodnutie žalovaného zo dňa 28. novembra 2013 číslo: Co 36/2013/Lu vo výroku, ktorým potvrdil výrok rozhodnutia bývalej Správy katastra Prešov zo dňa 30. septembra 2013 č. C ROEP 24607/143/2011/Pe o nevyhovení námietkam k parcelám E KN č. 1-123/1, 1-123/101, 1-122/4, 1-123/102, 1-458, 1-459/1, 1-603/2 a 1-603/102 v spojení s rozhodnutím bývalej Správy katastra Prešov, odboru katastrálnych konaní zo dňa 30. septembra 2013 č. C ROEP 24607/143/2011/Pe vo výroku, ktorým nevyhovela námietkam k parcelám E KN č. 1-123/1, 1-123/101, 1-122/4, 1-123/102, 1-458, 1-459/1, 1-603/2, 1-603/102 podľa § 250j ods. 2 písm. c), d) O.s.p. a v rozsahu zrušenia v r a c i a vec žalovanému na ďalšie konanie. Z a s t a v u j e konanie vo vzťahu k výroku, ktorým žalovaný potvrdil výrok rozhodnutia správy katastra č. C ROEP 24607/143/2011/Pe zo dňa 30. septembra 2013 o vyhovení námietkam k parcele E KN č. 1-122/3 a vo vzťahu k výroku, ktorým žalovaný zmenil výrok rozhodnutia bývalej správy katastra č. C ROEP 24607/143/2011/Pe zo dňa 30. septembra 2013 o rozsahu parciel, ktoré budú predmetom konania podľa § 12 zákona č. 180/1995 Z.z. V nadväznosti na to o p r a v u j e označenie rozhodnutia bývalej Správy katastra Prešov v texte odôvodnenia rozsudku, a to na str. 2 v prvom odseku odôvodnenia a na str. 7 v odseku začínajúcom „Z obsahu ...“ tak, že správne označenie rozhodnutia je č. C ROEP 24607/143/2011/Pe. o d ô v o d n e n i e : Rozsudkom zo dňa 11. decembra 2014 č. k. 6S/8/2014-40 krajský súd rozhodol takto: Z r u š u j e rozhodnutie žalovaného zo dňa 28. novembra 2013 číslo: Co 36/2013/Lu vo výroku, ktorým potvrdil výrok rozhodnutia bývalej Správy katastra Prešov zo dňa 30. septembra 2013 č. C ROEP 24607/126/2011/Pe o nevyhovení námietkam k parcelám E KN č. 1-123/1, 1-123/101, 1-122/4, 1-123/102, 1-458, 1-459/1, 1-603/2 a 1-603/102 v spojení s rozhodnutím bývalej Správy katastra Prešov, odboru katastrálnych konaní zo dňa 30. septembra 2013 č. C ROEP 24607/126/2011/Pe vo výroku, ktorým nevyhovela námietkam k parcelám E KN č. 1-123/1, 1-123/101, 1-122/4, 1-123/102, 1-458, 1-459/1, 1-603/2, 1-603/102 podľa § 250j ods. 2 písm. c), d) O.s.p. a v rozsahu zrušenia v r a c i a vec žalovanému na ďalšie konanie. Z a s t a v u j e konanie vo vzťahu k výroku, ktorým žalovaný potvrdil výrok rozhodnutia správy katastra č. C ROEP 24607/126/2011/Pe zo dňa 30. septembra 2013 o vyhovení námietkam k parcele E KN č. 1-122/3 a vo vzťahu k výroku, ktorým žalovaný zmenil výrok rozhodnutia bývalej správy katastra č. C ROEP 24607/126/2011/Pe zo dňa 30. septembra 2013 o rozsahu parciel, ktoré budú predmetom konania podľa § 12 zákona č. 180/1995 Z.z. Žalovaný je p o v i n n ý nahradiť žalobkyni trovy konania v sume 346,83 Eur, ktoré je povinný zaplatiť JUDr. Martine Kožárovej Jenčovej, advokátke na účet vedený v U., a.s. pobočka S., č.ú. XXX XXX XXXX/ XXXX v lehote 15 dní odo dňa právoplatnosti tohto rozsudku. Rozsudok nadobudol právoplatnosť dňa 24.1.2015 a stal sa vykonateľným dňa 10.2.2015. Dňa 11.5.2015 bol krajskému súdu doručený návrh odporcu na opravu chyby v písaní vo výroku rozsudku a v jeho odôvodnení, ktorá sa týkala čísla rozhodnutia prvostupňového správneho orgánu bývalej Správy katastra Prešov, ktoré bolo súdom nesprávne označené číslom C ROEP 24607/126/2011/Pe vo výroku a C ROEP 24607/136/2011/Pe v odôvodnení namiesto správneho čísla C ROEP 24607/143/2011/Pe.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Na základe tohto ustanovenia krajský súd opravil vo výroku rozsudku a v jeho odôvodnení chybu v písaní tak, ako je to uvedené vo výroku tohto uznesenia. Poučenie: Proti tomuto uzneseniu je prípustné odvolanie do 15 dní odo dňa jeho doručenia na Najvyšší súd SR v Bratislave prostredníctvom Krajského súdu v Prešove, a to písomne v dvoch vyhotoveniach. V odvolaní sa má popri všeobecných náležitostiach (§ 42 ods. 3)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https://www.kauzis.sk/judikatura/r/ECLI:SK:KSPO:2015:8014200213.2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