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20Co/148/2015 z 21. 7. 2015</w:t>
      </w:r>
    </w:p>
    <w:p>
      <w:r>
        <w:t>Uznesenie Krajského súdu Prešov z 21. júla 2015, sp. zn. 20Co/148/2015, ECLI:SK:KSPO:2015:8613201848.1</w:t>
      </w:r>
    </w:p>
    <w:p>
      <w:r>
        <w:t>Súd: Krajský súd Prešov</w:t>
      </w:r>
    </w:p>
    <w:p>
      <w:r>
        <w:t>Spisová značka: 20Co/148/2015</w:t>
      </w:r>
    </w:p>
    <w:p>
      <w:r>
        <w:t>ECLI: ECLI:SK:KSPO:2015:8613201848.1</w:t>
      </w:r>
    </w:p>
    <w:p>
      <w:r>
        <w:t>Dátum vydania: 21. 7. 2015</w:t>
      </w:r>
    </w:p>
    <w:p>
      <w:r>
        <w:t>Forma: Uznesenie</w:t>
      </w:r>
    </w:p>
    <w:p>
      <w:pPr>
        <w:pStyle w:val="Heading2"/>
      </w:pPr>
      <w:r>
        <w:t>Text rozhodnutia</w:t>
      </w:r>
    </w:p>
    <w:p>
      <w:r>
        <w:t>Súd: Krajský súd Prešov Spisová značka: 20Co/148/2015 Identifikačné číslo súdneho spisu: 8613201848 Dátum vydania rozhodnutia: 22. 07. 2015 Meno a priezvisko sudcu, VSÚ: JUDr. Michal Boroň ECLI: ECLI:SK:KSPO:2015:8613201848.1 Uznesenie Krajský súd v Prešove v právnej veci navrhovateľa: CD Consulting, s.r.o., so sídlom Politických vězňů 1272/21, Nové Město (Praha 1), 110 00 Praha Česká republika, IČO: 264 29 705, proti odporcovi: U. I., bytom X. U. XXX/XX, XXX XX F., občan SR, o odvolaní žalobcu proti uzneseniu Okresného súdu Svidník č. k. 5C 87/2013-40 zo dňa 8.1.2015 takto r o z h o d o l : O d m i e t a sa odvolanie. o d ô v o d n e n i e : Napadnutým uznesením Okresný súd Svidník (ďalej len „prvostupňový súd“) prerušil konanie do skončenia konania Súdneho dvora Európskej únie na návrh Krajského súdu v Prešove zo dňa 10.6.2014 v jeho právnej veci sp. zn. 6Co 132/2013. Proti tomuto uzneseniu podal odvolanie navrhovateľ. Odvolací súd predtým než pristúpil k preskúmaniu napadnutého uznesenia v zmysle zásad upravených v § 212 zákona č. 99/1963 Zb. Občianskeho súdneho poriadku (ďalej len „O.s.p.“) zistil, že vo veci 6Co 132/2013 Krajský súd v Prešove oznámil, že netrvá na návrhu na začatie prejudiciálneho konania pred Súdnym dvorom Európskej únie vo veci C-328/14 (CD Consulting, s.r.o. vs R. P. a spol.). Podľa § 218 ods. 1 písm. e) O.s.p. odvolací súd odmietne odvolanie, ktoré rozhodnutie napadnuté odvolaním zaniklo inak. Uznesením sp. zn. 6Co 132/2013 zo dňa 29.5.2015 Krajský súd v Prešove odvolacie konanie zastavil. Zároveň Súdnemu dvoru Európskej únie oznámil, že na návrhu na začatie prejudiciálneho konania netrvá. Odvolací súd tak konštatuje, že zanikol dôvod pre ktorý prvostupňový súd konanie prerušil. Rozhodnutie napadnuté odvolaním preto zaniklo inak. Majúc na zreteli uvedené odvolací súd odvolanie odmietol v zmysle ust. 218 ods. 1 písm. e) O.s.p. Poučenie: Proti tomuto uzneseniu odvolanie nie je prípustné.</w:t>
      </w:r>
    </w:p>
    <w:p/>
    <w:p>
      <w:r>
        <w:t>Zdroj: KAUZIS.SK – https://www.kauzis.sk/judikatura/r/ECLI:SK:KSPO:2015:8613201848.1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