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Prešov sp. zn. 4To/27/2015 z 11. 11. 2015</w:t>
      </w:r>
    </w:p>
    <w:p>
      <w:r>
        <w:t>Uznesenie Krajského súdu Prešov z 11. novembra 2015, sp. zn. 4To/27/2015, ECLI:SK:KSPO:2015:8715010074.2</w:t>
      </w:r>
    </w:p>
    <w:p>
      <w:r>
        <w:t>Súd: Krajský súd Prešov</w:t>
      </w:r>
    </w:p>
    <w:p>
      <w:r>
        <w:t>Spisová značka: 4To/27/2015</w:t>
      </w:r>
    </w:p>
    <w:p>
      <w:r>
        <w:t>ECLI: ECLI:SK:KSPO:2015:8715010074.2</w:t>
      </w:r>
    </w:p>
    <w:p>
      <w:r>
        <w:t>Dátum vydania: 11. 11. 2015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Prešov Spisová značka: 4To/27/2015 Identifikačné číslo súdneho spisu: 8715010074 Dátum vydania rozhodnutia: 12. 11. 2015 Meno a priezvisko sudcu, VSÚ: JUDr. Martina Zeleňáková ECLI: ECLI:SK:KSPO:2015:8715010074.2 Uznesenie Krajský súd v Prešove predsedom senátu JUDr. Martinou Zeleňakovou dňa 12.11.2015 v trestnej veci vedenej proti obžalovanému C. J. pre prečin marenia výkonu úradného rozhodnutia podľa § 348 ods. 1 písm. d/ Tr. zák., o odvolaní obžalovaného proti rozsudku Okresného súdu Poprad sp. zn. 6 T 21/15 zo dňa 04.05.2015, takto r o z h o d o l : Podľa § 312 ods. 4 Tr. por. predseda senátu b e r i e späťvzatie odvolania obžalovaným C. J. n a v e d o m i e. o d ô v o d n e n i e : Napadnutým rozsudkom súd prvého stupňa uznal obžalovaného C. J. za vinného z prečinu marenia výkonu úradného rozhodnutia podľa § 348 ods. 1 písm. d/ Tr. zák. na tom skutkovom základe, že: - dňa 09.10.2014 asi o 23.00 hod. v obci E. D., po ulici E., okres G., viedol motorové vozidlo továrenskej značky VW Passat, EVČ, PP-387DE, bez vodičského oprávnenia, zo smeru od obce L. B., okres G., kde pri autobusovej zastávke bol zastavený a kontrolovaný policajnou hliadkou, pričom rozhodnutím Okresného riaditeľstva PZ, Okresného dopravného inšpektorátu Poprad, sp. zn. ORP-P-114/ODI2- PP-2013 zo dňa 09.04.2013, ktoré nadobudlo právoplatnosť toho istého dňa, mal uložený zákaz činnosti viesť motorové vozidlá na dobu 30 mesiacov s výkonom od 09.04.2013 do 09.10.2015. Za to mu podľa § 348 ods. 1 Tr. zák., § 36 písm. l/ Tr. zák., § 37 písm. m/ Tr. zák., § 38 ods. 2 Tr. zák. uložil trest odňatia slobody vo výmere troch mesiacov, pre výkon ktorého ho podľa § 48 ods. 2 písm. a/ Tr. zák. zaradil do ústavu na výkon trestu odňatia slobody s minimálny stupňom stráženia a podľa § 61 ods. 1, ods. 2 Tr. zák. mu uložil aj trest zákazu činnosti viesť všetky druhy motorových vozidiel na dobu 2 (dvoch) rokov. Proti tomuto rozsudku, v zákonom stanovenej lehote, podal obžalovaný odvolanie. Na verejnom zasadnutí dňa 12.11.2015 však obžalovaný svoje odvolanie výslovným vyhlásením vzal späť. Podľa § 312 ods. 2 Tr. por., osoba, ktorá odvolanie podala, môže ho výslovným vyhlásením vziať späť, a to až do doby, než sa odvolací súd odoberie na záverečnú poradu. Odvolanie prokurátora môže vziať späť i nadriadený prokurátor. Vzatie odvolania späť vezme uznesením na vedomie predseda senátu odvolacieho súdu, a ak nebola vec doteraz tomuto súdu predložená, predseda senátu súdu prvého stupňa (§ 312 ods. 4 Tr. por.). Keďže v prejednávanej veci obžalovaný svoje odvolanie výslovným vyhlásením vzal späť, predseda senátu späťvzatie odvolania, bez vecného prejednania tejto trestnej veci, vzal podľa ustanovenia § 312 ods. 4 Tr. por. na vedomie. Poučenie: Proti tomuto uzneseniu riadny opravný prostriedok nie je prípustný.</w:t>
      </w:r>
    </w:p>
    <w:p/>
    <w:p>
      <w:r>
        <w:t>Zdroj: KAUZIS.SK – https://www.kauzis.sk/judikatura/r/ECLI:SK:KSPO:2015:8715010074.2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