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Prešov sp. zn. 7Co/40/2015 z 7. 6. 2016</w:t>
      </w:r>
    </w:p>
    <w:p>
      <w:r>
        <w:t>Opravné uznesenie Krajského súdu Prešov z 7. júna 2016, sp. zn. 7Co/40/2015, ECLI:SK:KSPO:2016:2111212759.2</w:t>
      </w:r>
    </w:p>
    <w:p>
      <w:r>
        <w:t>Súd: Krajský súd Prešov</w:t>
      </w:r>
    </w:p>
    <w:p>
      <w:r>
        <w:t>Spisová značka: 7Co/40/2015</w:t>
      </w:r>
    </w:p>
    <w:p>
      <w:r>
        <w:t>ECLI: ECLI:SK:KSPO:2016:2111212759.2</w:t>
      </w:r>
    </w:p>
    <w:p>
      <w:r>
        <w:t>Dátum vydania: 7. 6. 2016</w:t>
      </w:r>
    </w:p>
    <w:p>
      <w:r>
        <w:t>Forma: Opravné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Prešov Spisová značka: 7Co/40/2015 Identifikačné číslo súdneho spisu: 2111212759 Dátum vydania rozhodnutia: 08. 06. 2016 Meno a priezvisko sudcu, VSÚ: Mgr. Miloš Kolek ECLI: ECLI:SK:KSPO:2016:2111212759.2 Opravné uznesenie Krajský súd v Prešove v právnej veci žalobcu: Československá obchodní banka a.s., Radlická 333/150, Praha 5, IČO: 00 001 350, zastúpeného Mgr. Petrom Olejárom, usadeným euroadvokátom, Bratislava, Mikulášska 29, proti žalovanému: E. X., nar. XX.XX.XXXX, trvale bytom XXX XX P. č. XXX, prechodne bytom F. XXXX/XX, S. - B., O. republika, t.č. na neznámom mieste, zastúpený opatrovníčkou P. R., súdnou tajomníčkou Okresného súdu P., o zaplatenie sumy 68 406,07 Kč s príslušenstvom, o oprave zrejmej nesprávnosti rozsudku Krajského súdu v J. sp.zn. 7Co/40/2015 zo dňa 14.12.2015 takto r o z h o d o l : Opravuje v záhlaví rozsudku Krajského súdu v J. sp.zn. 7Co/40/2015 zo dňa 14.12.2015 označenie právneho zástupcu žalobcu, ktoré správne znie: " Mgr. Peter Olejár, usadený euroadvokát, Bratislava, Mikulášska 29". o d ô v o d n e n i e : V uvedenej právnej veci Krajský súd v Prešove konajúci o odvolaní žalobcu rozhodol rozsudkom zo dňa 14.12.2015. V záhlaví uviedol označenie právneho zástupcu žalobcu - Mgr. Roman Ambrož, advokát, Bratislava, Zámocká 30. Podľa § 164 OSP: Súd kedykoľvek aj bez návrhu opraví v rozsudku chyby v písaní a počítaní, ako aj iné zrejmé nesprávnosti. O návrhu na opravu súd rozhodne do 30 dní od jeho podania. O oprave vydá opravné uznesenie, ktoré doručí účastníkom. Pritom môže odložiť vykonateľnosť rozsudku na čas, kým opravné uznesenie nenadobudne právoplatnosť. Zo spisu vyplýva, že s účinnosťou od 10.07.2014 došlo k zmene právneho zástupcu žalobcu a novým právnym zástupcom žalobcu je Mgr. Peter Olejár, usadený euroadvokát, so sídlom Mikulášska 29, Bratislava. Z uvedených dôvodov Krajský súd v Prešove postupom podľa § 164 OSP odstránil zrejmú nesprávnosť rozhodnutia sp. zn. 7Co/40/2015 zo dňa 14.12.2015 a uviedol správne označenie právneho zástupcu žalobcu. Toto rozhodnutie bolo prijaté senátom Krajského súdu v Prešove v pomere hlasov 3:0 (§ 3 ods. 9 zák. č. 757/2004 Z.z. o súdoch). Poučenie: Proti tomuto uzneseniu odvolanie nie je prípustné.</w:t>
      </w:r>
    </w:p>
    <w:p/>
    <w:p>
      <w:r>
        <w:t>Zdroj: KAUZIS.SK – https://www.kauzis.sk/judikatura/r/ECLI:SK:KSPO:2016:2111212759.2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