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3Sd/22/2014 z 1. 11. 2016</w:t>
      </w:r>
    </w:p>
    <w:p>
      <w:r>
        <w:t>Uznesenie Krajského súdu Prešov z 1. novembra 2016, sp. zn. 3Sd/22/2014, ECLI:SK:KSPO:2016:8014200423.3</w:t>
      </w:r>
    </w:p>
    <w:p>
      <w:r>
        <w:t>Súd: Krajský súd Prešov</w:t>
      </w:r>
    </w:p>
    <w:p>
      <w:r>
        <w:t>Spisová značka: 3Sd/22/2014</w:t>
      </w:r>
    </w:p>
    <w:p>
      <w:r>
        <w:t>ECLI: ECLI:SK:KSPO:2016:8014200423.3</w:t>
      </w:r>
    </w:p>
    <w:p>
      <w:r>
        <w:t>Dátum vydania: 1.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3Sd/22/2014 Identifikačné číslo súdneho spisu: 8014200423 Dátum vydania rozhodnutia: 02. 11. 2016 Meno a priezvisko sudcu, VSÚ: Mgr. Magdaléna Želinská ECLI: ECLI:SK:KSPO:2016:8014200423.3 Uznesenie Krajský súd v Prešove v právnej veci navrhovateľa J.. H. O., bytom R., W. č. XXXX/XX, proti odporkyni Sociálnej poisťovni, ústredia v Bratislave, Ul. 29.augusta č. 8, Bratislava, o starobný dôchodok, takto r o z h o d o l : Konanie z a s t a v u j e . Žiaden z účastníkov n e m á právo na náhradu trov konania. o d ô v o d n e n i e : 1. Návrhom na preskúmanie rozhodnutia zo dňa 17.03.2014 sa navrhovateľ domáhal preskúmania rozhodnutia odporkyne č. XXX XXX XXXX zo dňa 04.03.2014, ktorým bola zamietnutá žiadosť navrhovateľa o starobný dôchodok. 2. Tunajší súd rozsudkom zo dňa 20.05.2014 č.k.: 3Sd/22/2014-30 napadnuté rozhodnutie potvrdil. 3. Na základe odvolania navrhovateľa Najvyšší súd Slovenskej republiky uznesením sp. zn.: 1So 112/2014 zo dňa 24.08.2014 rozsudok tunajšieho súdu zrušil a vrátil vec na ďalšie konanie z dôvodu, že rozhodnutia odporkyne zo dňa 17. a 26.05.2016 neboli predmetom preskúmania v tomto konaní. 4. Z dávkového spisu odporkyne súd zistil, že rozhodnutím zo dňa 17.05.2016 odporkyňa podľa § 65, § 274 a § 82 zákona č. 461/2003 Z.z. o sociálnom poistení v znení neskorších predpisov navrhovateľovi od 28.01.2012 priznala starobný dôchodok v sume 320,90 eur mesačne. Podľa § 82 a § 293ce zákona č. 461/2003 Z.z. o sociálnom poistení v znení neskorších predpisov a § 1 opatrenia Ministerstva práce, sociálnych vecí a rodiny Slovenskej republiky č. 329/2012 Z.z., ktorým sa ustanovuje pevná suma zvýšenia dôchodkovej dávky a percento zvýšenia úrazovej renty, navrhovateľovi od 01.01.2013 bol zvýšený starobný dôchodok na sumu 332,10 eur mesačne. Podľa § 82 zákona č. 461/2003 Z.z. o sociálnom poistení v znení neskorších predpisov a § 1 opatrenia Ministerstva práce, sociálnych vecí a rodiny Slovenskej republiky č. 329/2013 Z.z., ktorým sa ustanovuje pevná suma zvýšenia dôchodkovej dávky a percento zvýšenia úrazovej renty, navrhovateľovi od 01.01.2014 bol zvýšený starobný dôchodok na sumu 340,90 eur mesačne. 5. Rozhodnutím zo dňa 26.05.2016 podľa § 293di ods. 1 a § 82 zákona č. 461/2003 Z.z. o sociálnom poistení v znení neskorších predpisov bol navrhovateľovi od 01.januára 2015 zvýšený starobný dôchodok na sumu 361,00 eur mesačne. 6. Na výzvu súdu vo vzťahu k navrhovateľovi, aby uviedol, v čom vidí nezákonnosť rozhodnutia odporkyne zo dňa 17.05.2016, ktorým mu bol priznaný starobný dôchodok, navrhovateľ v písomnom podaní zo dňa 24.10.2016 uviedol, že „s novým rozhodnutím Sociálnej poisťovne, ústredia v Bratislave, ktorým mu bol priznaný starobný dôchodok od 28.01.2012, súhlasí“. 7. Konanie v predmetnej veci bolo začaté dňa 27.03.2014, teda za účinnosti zákona č. 99/1963 Zb. Občianskeho súdneho poriadku. 8. Dňom 01.júla 2016 nadobudol účinnosť zákon č. 162/2015 Z.z. - Správny súdny poriadok, ktorý v ustanovení § 492 ods. 1 upravuje, že konania podľa tretej hlavy piatej časti Občianskeho súdneho poriadku začaté predo dňom nadobudnutia účinnosti tohto zákona sa dokončia podľa doterajších predpisov. 9. Z podania navrhovateľa zo dňa 24.10.2016 je zrejmé, že žiadosti navrhovateľa bolo vyhovené v plnom rozsahu. 10. Občiansky súdny poriadok v ustanovení § 250o upravoval, že ak správny orgán, ktorého rozhodnutie súd preskúmava, vydá nové rozhodnutie, ktorým návrhu celkom vyhovie, súd uznesením konanie zastaví. 11. S poukazom na vyššie uvedené skutočnosti súd v konaní aplikoval ustanovenie §250o O.s.p. 12. O náhrade trov konania rozhodol podľa § 146 ods. 1 písm. c/ v spojení s § 246c O.s.p., podľa ktorého žiaden z účastníkov nemá právo na náhradu trov konania podľa výsledku, ak konanie bolo zastavené. Poučenie: Proti tomuto uzneseniu je prípustné odvolanie do 15 dní odo dňa jeho doručenia na Najvyšší súd SR v Bratislave prostredníctvom Krajského súdu v Prešove a to písomne v dvoch vyhotoveniach. V odvolaní sa má popri všeobecných náležitostiach (§ 42 ods. 3) uviesť, proti ktorému rozhodnutiu smeruje, v akom rozsahu sa napáda, v čom sa toto rozhodnutie alebo postup súdu považuje za nesprávny a čoho sa odvolateľ domáha, teda ako navrhuje, aby vo veci rozhodol odvolací súd.</w:t>
      </w:r>
    </w:p>
    <w:p/>
    <w:p>
      <w:r>
        <w:t>Zdroj: KAUZIS.SK – https://www.kauzis.sk/judikatura/r/ECLI:SK:KSPO:2016:8014200423.3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