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1Sp/16/2014 z 14. 3. 2016</w:t>
      </w:r>
    </w:p>
    <w:p>
      <w:r>
        <w:t>Opravné uznesenie Krajského súdu Prešov z 14. marca 2016, sp. zn. 1Sp/16/2014, ECLI:SK:KSPO:2016:8014200844.4</w:t>
      </w:r>
    </w:p>
    <w:p>
      <w:r>
        <w:t>Súd: Krajský súd Prešov</w:t>
      </w:r>
    </w:p>
    <w:p>
      <w:r>
        <w:t>Spisová značka: 1Sp/16/2014</w:t>
      </w:r>
    </w:p>
    <w:p>
      <w:r>
        <w:t>ECLI: ECLI:SK:KSPO:2016:8014200844.4</w:t>
      </w:r>
    </w:p>
    <w:p>
      <w:r>
        <w:t>Dátum vydania: 14. 3.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Prešov Spisová značka: 1Sp/16/2014 Identifikačné číslo súdneho spisu: 8014200844 Dátum vydania rozhodnutia: 15. 03. 2016 Meno a priezvisko sudcu, VSÚ: JUDr. Viera Zoľáková ECLI: ECLI:SK:KSPO:2016:8014200844.4 Opravné uznesenie Krajský súd v Prešove v právnej veci navrhovateľa Vojenské lesy a majetky SR, š.p., Lesnícka 23, Pliešovce, IČO: 31 577 920, zastúpeného Advokátskou kanceláriou BARBUŠ &amp; BARBUŠOVA, Štúrova 13, P.O. Box 154, Bratislava proti odporcovi Okresnému úradu Kežmarok, pozemkový a lesný odbor, Mučeníkov 4, Kežmarok za účasti: 1/ P. F., bytom v L., U. XXXX/XX, zastúpenej JUDr. Katarínou Bezákovou, advokátkou so sídlom J. Alexyho 15, Martin, 2/ H.. K. G., rod. F., bytom v L., R. XXXX/ X, 3/ J. F., bytom v L., U. XXXX/XX, 4/ G. F., bytom v L., U. XXXX/XX, 5/ G. O., bytom v L., Z. XXX, 6/ K. F., bytom v L. L., H. XX, 7/ Slovenského pozemkového fondu, Búdkova 36, Bratislava, 8/ G. O., bytom v L., D. XXB, o opravnom prostriedku proti rozhodnutiu odporcu zo dňa 24.4.2014 č. OU-KK- PLO-2014/002674-011/RJ takto r o z h o d o l : O p r a v u j e úvodnú časť rozsudku Krajského súdu v Prešove č.k. 1Sp/16/2014-71 zo dňa 24. septembra 2015 tak, že správne znie : „Krajský súd v Prešove samosudkyňou JUDr. Vierou Zoľákovou v právnej veci navrhovateľa Vojenské lesy a majetky SR, š.p., Lesnícka 23, 962 63 Pliešovce, IČO: 31 577 920, právne zastúpeného Advokátskou kanceláriou BARBUŠ &amp; BARBUŠOVA, Štúrova 13, P.O. Box 154, 810 00 Bratislava proti odporcovi Okresnému úradu Kežmarok, pozemkový a lesný odbor, Mučeníkov 4, 060 01 Kežmarok za účasti: 1. P. F., bytom v L., U. XXXX/XX, právne zastúpenej JUDr. Katarínou Bezákovou, advokátkou so sídlom J. Alexyho 15, 036 01 Martin, 2. H.. K. G., rod. F., bytom v L., R. XXXX/X, 3. J. F., bytom v L., U. XXXX/XX, 4. G. F., bytom v L., U. XXXX/XX, 5. G. O., bytom v L., Z. XXX, 6. K. F., bytom v L. L., H. XX, 7. Slovenského pozemkového fondu, Búdkova 36, Bratislava, 8. G. O., bytom v L., D. XXB, o opravnom prostriedku proti rozhodnutiu odporcu zo dňa 24. apríla 2014 č. OU-KK-PLO-2014/002674-011/RJ takto „ Ostatné časti rozsudku ostávajú nezmenené. o d ô v o d n e n i e : Krajský súd v Prešove rozsudkom č.k. 1Sp/16/2014-71 zo dňa 24. septembra 2015 zrušil rozhodnutie odporcu č. OU-KK-PLO-2014/002674-011/RJ zo dňa 24. apríla 2014 podľa § 250j ods. 2 písm. e/ O.s.p. v spojení s ustanovením § 250l ods. 2 O.s.p. a 250q ods. 2 O.s.p. a vec vrátil správnemu orgánu na ďalšie konanie. Odporcovi uložil povinnosť nahradiť navrhovateľovi trovy konania vo výške 819,18 EUR v lehote 15 dní od právoplatnosti tohto rozsudku na účet jeho právneho zástupcu. Pri doručovaní predmetného rozhodnutia bolo krajským súdom zistené, že v záhlaví rozsudku nie je uvedená účastníčka konania, G. O., dedička po oprávnenej osobe, H.. U. O.. Podľa § 164 v spojení s ustanovením § 246c O.s.p.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Pri vyhotovení rozhodnutia došlo k nesprávnosti spočívajúcej v neuvedení účastníčky konania, G. O., do záhlavia rozsudku. Vzhľadom na uvedené súd túto nesprávnosť opravil a v súlade s postupom podľa § 164 O.s.p. rozhodol tak, ako je uvedené vo výrokovej časti opravného uznesenia. Poučenie: Proti tomuto uzneseniu je prípustné odvolanie v lehote 15 dní odo dňa doručenia na Najvyšší súd Slovenskej republiky v Bratislave prostredníctvom Krajského súdu v Prešove, písomne v dvoch vyhotoveniach. V odvolaní sa má popri všeobecných náležitostiach (§ 42 ods. 3 O.s.p.) uviesť, proti ktorému rozhodnutiu smeruje, v akom rozsahu sa napáda, v čom sa toto rozhodnutie alebo postup súdu považuje za nesprávny a čoho sa odvolateľ domáha, teda ako navrhuje, aby vo veci rozhodol odvolací súd.</w:t>
      </w:r>
    </w:p>
    <w:p/>
    <w:p>
      <w:r>
        <w:t>Zdroj: KAUZIS.SK – https://www.kauzis.sk/judikatura/r/ECLI:SK:KSPO:2016:8014200844.4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