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5Sd/106/2014 z 27. 1. 2016</w:t>
      </w:r>
    </w:p>
    <w:p>
      <w:r>
        <w:t>Rozhodnutie Krajského súdu Prešov z 27. januára 2016, sp. zn. 5Sd/106/2014, ECLI:SK:KSPO:2016:8014201367.4</w:t>
      </w:r>
    </w:p>
    <w:p>
      <w:r>
        <w:t>Súd: Krajský súd Prešov</w:t>
      </w:r>
    </w:p>
    <w:p>
      <w:r>
        <w:t>Spisová značka: 5Sd/106/2014</w:t>
      </w:r>
    </w:p>
    <w:p>
      <w:r>
        <w:t>ECLI: ECLI:SK:KSPO:2016:8014201367.4</w:t>
      </w:r>
    </w:p>
    <w:p>
      <w:r>
        <w:t>Dátum vydania: 27. 1. 2016</w:t>
      </w:r>
    </w:p>
    <w:p>
      <w:r>
        <w:t>Forma: Rozhodnutie</w:t>
      </w:r>
    </w:p>
    <w:p>
      <w:r>
        <w:t>Oblasť práva: Správne právo</w:t>
      </w:r>
    </w:p>
    <w:p>
      <w:pPr>
        <w:pStyle w:val="Heading2"/>
      </w:pPr>
      <w:r>
        <w:t>Text rozhodnutia</w:t>
      </w:r>
    </w:p>
    <w:p>
      <w:r>
        <w:t>Súd: Krajský súd Prešov Spisová značka: 5Sd/106/2014 Identifikačné číslo súdneho spisu: 8014201367 Dátum vydania rozhodnutia: 28. 01. 2016 Meno a priezvisko sudcu, VSÚ: JUDr. Ľuboslava Mruškovičová ECLI: ECLI:SK:KSPO:2016:8014201367.4 Rozhodnutie Krajský súd v Prešove samosudkyňou JUDr. Ľuboslavou Mruškovičovou, v právnej veci navrhovateľa C. V., bytom R., S. č. XX, zastúpeného JUDr. Janou Murárovou, advokátkou, so sídlom Poprad, ul. 1. mája 220/19, proti odporkyni Sociálnej poisťovni, ústredie, ul. 29. augusta 8, Bratislava, o preskúmanie rozhodnutia odporkyne zo dňa 05. augusta 2014 číslo: XXX XXX XXXX X takto r o z h o d o l : Potvrdzuje rozhodnutie odporkyne zo dňa 05. augusta 2014 číslo: XXX XXX XXXX 0. Náhradu trov konania účastníkom n e p r i z n á v a . o d ô v o d n e n i e : Preskúmavaným rozhodnutím zo dňa 05.08.2014 odporkyňa zamietla podľa § 70 a § 71 zákona č. 461/2003 Z.z. o sociálnom poistení (ďalej len „zákona“ ) žiadosť navrhovateľa o invalidný dôchodok zo dňa 09.07.2014 z dôvodu, že nemá pokles schopnosti vykonávať zárobkovú činnosť o viac ako 40% v porovnaní so zdravou fyzickou osobou. V rozhodnutí poukázala na lekársky posudok zo dňa 09.07.2014. Včas podaným opravným prostriedkom sa navrhovateľ domáhal preskúmania tohto rozhodnutia. Poukázal na zlý zdravotný stav, ktorý sa nezlepšuje a stále je toho času v štádiu poúrazového hojenia. Po tom čo prevzala zastupovanie navrhovateľa JUDr. Jana Murárová, advokátka, táto v písomnom podaní zo dňa 09.09.2015 poukázala na nesprávne zaradenie rozhodujúceho zdravotného postihnutia pod príslušnú kapitolu. Uviedla, že v súčasnosti následkom úrazu je u navrhovateľa zistené i nestabilné koleno s pretrvávajúcou instabilitou aj pri používaní podporného aparátu - ortéz ( lekárska správa zo dňa 07.09.2015 ). Podľa prílohy 4 k zákonu č. 461/2003 Z.z., podľa oddielu G postihnutie končatín, pod položkou 47 uvoľnenie väzivového aparátu kolena, pod c) je uvedené nestabilné koleno s pretrvávajúcou instabilitou aj pri používaní podporného aparátu - ortéz, čo podmieňuje pokles schopnosti vykonávať zárobkovú činnosť o 40 - 50 %. Poukázala aj na § 71 ods. 8 zákona, podľa ktorého je možné mieru poklesu schopnosti vykonávať zárobkovú účinnosť zvýšiť o 10%. Z uvedených dôvodov navrhovateľ žiadal, aby krajský súd zrušil rozhodnutie odporkyne a vrátil jej vec na ďalšie konanie. Poverená zástupkyňa odporkyne navrhla preskúmavané rozhodnutie ako zákonné potvrdiť. Krajský súd podľa § 250l a nasl. ustanovení zákona č. 99/1963 zb. Občianskeho súdneho poriadku ( ďalej len „O.s.p.“ ) preskúmal napadnuté rozhodnutie a konanie, ktoré mu predchádzalo, vypočul účastníkov konania, oboznámil sa s obsahom administratívneho spisu, doplnil dokazovanie a dospel k záveru, že opravnému prostriedku nie je možné vyhovieť. Na základe žiadosti navrhovateľa o invalidný dôchodok zo dňa 09.07.2014, odporkyni doručenej dňa 15.07.2014, bol zdravotný stav navrhovateľa posúdený posudkovým lekárom Sociálnej poisťovne, pobočky Poprad dňa 09.07.2014. Podľa posudku je rozhodujúcom zdravotným postihnutím stav po zlomenine tíbie zhojená s porušenou funkciou končatiny, zaradený pod Kapitolu XV., oddiel G, pod položku 51, písm. b) prílohy 4 zákona, so stanovenou 40% mierou poklesu schopnosti vykonávať zárobkovú činnosť. V posudku je uvedené, že navrhovateľ utrpel 29.01.2013 úraz - diagnostikovaná trieštivá intraartikuárna zlomenina pravej píštaly. Dňa 01.02.2013 operácia - osteosyntéza. V marci 2013 hospitalizovaný na traumatologickom oddelení za účelom mobilizácie kolenného kĺbu. 16.12.2013 vykonaná artroskopia pravého kolenného kĺbu s čiastočným odstránením vnútorného menisku, kobláciou vonkajšieho menisku a resekcia infraparelárnej pliky, zároveň zistené aj poškodenie chrupaviek II. stupňa a poškodenie kolaterálnych väzov kolena. Funkčne pretrváva deficit hybnosti flexie aj extenzie o 15-st. V súčasnosti došlo k uvoľneniu osteosyntetického materiálu, je plánované ďalšie riešenie stavu. Toto ochorenie je rozhodujúcim zdravotným postihnutím a je zaradené do kapitoly XV., oddiel G, položka 51, písmeno b, s mierou poklesu schopnosti vykonávať zárobkovú činnosť na hornej hranici rozpätia - 40%. Zároveň je posudzovaný liečený neurológom pre krčno hlavový a krčno ramenný bolestivý syndróm a bolestivý syndróm driekovej chrbtice. Toto ochorenie je s miernym funkčným postihnutím a nepodmieňuje zvýšenie miery poklesu schopnosti vykonávať zárobkovú činnosť. Vzhľadom na uvedené navrhovateľ nie je invalidný podľa § 71 ods. 1 zákona, lebo nemá pokles schopnosti vykonávať zárobkovú činnosť o viac ako 40% v porovnaní so zdravou fyzickou osobou. Na základe tohto posudku vydala odporkyňa preskúmavané rozhodnutie. Po tom čo navrhovateľ podal opravný prostriedok, bol jeho zdravotný stav opätovne posúdený posudkovým lekárom Sociálnej poisťovne, ústredia so sídlom v Poprade dňa 09.12.2014. K zmene posudkového záveru nedošlo. Aj podľa tohto posudku je rozhodujúcim zdravotným postihnutím stav po zlomenine tíbie zhojená s porušenou funkciou končatiny, zaradený pod Kapitolu XV., oddiel G, pod položku 51, písm. b) prílohy 4 zákona, so stanovenou 40% mierou poklesu schopnosti vykonávať zárobkovú činnosť. V posudku je uvedené, že posudzovaný utrpel dňa 29.1.2013 úraz - diagnostikovaná trieštivá vnútroklbova zlomenina pravej píšťaly. Dňa 1.2.2013 operácia - osteosyntéza. V marci 2013 hospitalizovaný na traumatologickom oddelení za účelom mobilizácie kolenného klbu. Dňa 16.12.2013 vykonaná artroskopia pravého kolenného kĺbu s čiastočným odstránením vnútorného menisku, kobláciou vonkajšieho menisku aresekciou pliky, zároveň zistené aj poškodenie chrupaviek II. stupňa a poškodenie bočných väzov kolena. Funkčne pretrváva deficit hybnosti flexie aj extenzie o 15 st. V súčasnosti došlo k uvoľneniu osteosyntetického materiálu, je plánované ďalšie riešenie stavu cestou chirurgickej ambulancie (15.12.2014). Toto ochorenie je rozhodujúcim zdravotným postihnutím a je zaradené do kapitoly XV, oddiel G, položka 51 b, s mierou poklesu schopnosti vykonávať zárobkovú činnosť na hornej hranici rozpätia - 40 %. Zároveň je posudzovaný liečený neurológom pre krčno- hlavový a krčno-ramenný bolestivý syndróm a bolestivý syndróm driekovej chrbtice. Toto ochorenie je s miernym funkčným postihnutím a nepodmieňuje zvýšenie miery poklesu schopnosti vykonávať zárobkovú činnosť. Posúdenie zdravotného stavu posudkovým lekárom pobočky Sociálnej poisťovne bolo správne a v súčasnosti nie je dôvod na zmenu. Ani podľa tohto posudku navrhovateľ nie je invalidný podľa § 71 ods. 1 zákona, lebo pre dlhodobo nepriaznivý zdravotný stav nemá pokles schopnosti vykonávať zárobkovú činnosť o viac ako 40% v porovnaní so zdravou fyzickou osobou. Na základe nových lekárskych nálezov boli dňa 21.05.2015 a 19.11.2015 vypracované dopĺňacie posudky. V dopĺňacom posudku zo dňa 21.05.2015 je uvedené, že posudzovaný utrpel dňa 29.1.2013 zlomeninu vnútroklbovo v oblasti pravého kolena. Vo februári 2013 prevedená operácia v zmysle osteosyntézy zlomeniny. V decembri 2013 prevedená artroskpia pravého kolena s čiastočným odstránením vnútorného menisku. Ďalej prebiehala rehabilitačná liečba a ambulantné sledovanie v chirurgickej ambulancii. Dňa 15.12.2014 prevedené odstránenie osteosyntetického materiálu, s dobrým efektom. Pri opakovaných objektívnych vyšetreniach pravé koleno s miernym opuchom, vonkajšie a vnútorné kolaterálne väzy pri pohyboch mierne bolestivé. Hybnosť zodpovedá na úrovni obmedzenia ľahkého stupňa. Posudkový lekár opakovane hodnotí zdravotný stav posudzovaného v súvislosti s novo doloženými lekárskymi nálezmi po odstránení osteosyntetického materiálu. V súvislosti s tým možno konštatovať, že kolenný kĺb je tvorený viacerými kosťami - stehenná a dvoma kosťami predkolenia - píšťala a ihlica. Tieto kosti v spojitosti s väzivom a jabĺčkom tvoria kolenný kĺb. Vzhľadom k tomu, že došlo k trieštivej zlomenine v oblasti horného konca píšťaly, ktoré bolo riešené operačne, došlo aj k poškodeniu pohybu v oblasti kolenného krbu. Posudkový lekár preto hodnotí hybnosť kolenného kĺbu, ako aj ďalšie faktory, ktoré boli v súvislosti so zlomeninou horného konca píšťaly. Aktuálna hybnosť v oblasti kolenného kĺbu je na úrovni ľahkého stupňa. Ak by sme hodnotili túto skutočnosť podľa príslušnej kapitoly by miera poklesu schopnosti vykonávať zárobkovú činnosť bola na úrovni 10%. V odborných vyšetreniach tiež nie je popisované závažnejšie uvoľnenie väzivového aparátu, ktoré by vyžadovalo spevnenie podporným aparátom. Ak by posudkový lekár hodnotil túto skutočnosť miera poklesu schopnosti vykonávať zárobkovú činnosť by bola 35%. Keďže sa jedná o zlomeninu píšťaly, najvýhodnejšie hodnotenie pre posudzovaného je v súvislosti s touto skutočnosťou, ktoré je hodnotené v príslušnej položke v hornej hranici možného percentuálneho rozpätia, a to 40% . Aj napriek novo doloženým lekárskym nálezom nedošlo k vývoju takého nepriaznivého zdravotného stavu, ktorý by podmieňoval zaradenie v inej kapitole, s vyšším percentuálnym hodnotením miery poklesu schopnosti vykonávať zárobkovú činnosť. Novo doložené neurochirurgické vyšetrenie v súvislosti s bolesťami v oblasti krčnej chrbtice je posudkovo nezávažné a preto nie je dôvod percentuálne navyšovanie k rozhodujúcemu zdravotnému postihnutiu. Neurochirurg popisuje bolesti bez účinku na statiku, čo by v prípade percentuálneho hodnotenia predstavovalo mieru poklesu schopnosti vykonávať zárobkovú činnosť pri samostatnom hodnotení 10%. V dopĺňacom posudku zo dňa 19.11.2015 je uvedené následovné: Posudzovaný utrpel dňa 29.1.2013 trieštivú vnútro kĺbovú zlomeninu v oblasti bázy píšťaly a fissúru koncovej proximálnej časti ihlice dolnej končatiny vpravo. Dňa 30.1.2013 prevedená operácia, pri ktorej boli úlomky stabilizované OS materiálom. Pooperačný stav bez komplikácii. V súvislosti s takýmto úrazom - hlavne jeho mechanizmom - a následným operačným riešením vždy dochádza k natiahnutiu väzov kolena, ktoré je však reverzibilné pokiaľ nedošlo k roztrhnutiu, príp. sa môže v neskoršom pooperačnom období manifestovať aj poškodenie laterálneho aj mediálneho menisku. Pri prepustení doporučená odľahčená chôdza a používanie ortézy (LS 29.1.2013-1.2.2013). Následná kontrola dňa 8.2.2013 -subjektívne bez ťažkostí, odstránené stehy, neurocirkulačne v norme, doporučená rehabilitácia. Od 13.3.2013 do 15.3.2013 hospitalizovaný na oddelení úrazovej chirurgie za účelom mobilizácie kolenného kĺbu po operácii. RTG postavenie dlahy a skrutky primerané, skelet bez deštrukcie, objektívne pri prepustení aktívna flexia v kolene 90 stupňov, čo je ľahký stupeň obmedzenia pohybu, extenzia plná. Dňa 26.4.2013 kontrola v traumatologickej ambulancii - MUDr. M. Lajoš - pravé koleno bez opuchu a náplne deficit extenzie a flexie á o 15-20 stupňov, čo je len minimálne obmedzenie pohybu v kolene. Doporučená chôdza s FB s 50 záťažou, o mesiac plná záťaž. V tomto štádiu už bolo možné zistiť a popisovať nestabilitu kolena - táto skutočnosť však nikde nie je dokumentovaná. Dňa 2.8.2013 - MUDr. M. Lajoš - traumatologická kontrola, pri ktorej sú dokumentované bolesti pravého kolena po záťaži, deficit flexie aj extenzie, ale stále na úrovni obmedzenia pohybu ľahkého stupňa, prítomná tekutina v pravom kolennom kĺbe s bolestivými prejavmi pri manévroch v oblasti postranných väzov, po prvýkrát vyslovené aj podozrenie, že došlo k poškodeniu a mediálneho menisku v oblasti pravého kolenného kĺbu. V prípade pretrvávania ťažkostí sa uvažovalo o artroskopii. Dňa 19.10.2013 doporučená artroskopia kolena - MUDr. M. Lajoš. Dňa 16.12.2013 prevedená artroskopická operácia, pri ktorej bolo prevedené čiastočné odstránenie mediálneho menisku a chirurgicky ošetrený (coblatio) laterálny meniskus. Dňa 23.12.2013 - MUDr. M. Lajoš - stav po artroskopii s miernym opuchom kolena, rany kľudne neurocirkulačne v norme, doporučená plná záťaž kolena r s posilňovaním svalu stehna. Následná kontrola - MUDr. M. Lajoš - 18.3.2014 - pravé koleno s miernym! opuchom, mierny ballot patelly, rana zhojená primárne, palpačné bolesti v mediálnej štrbine a v mieste OS. materiálu, flexia a extenzia v kolennom kĺbe na úrovni obmedzenia ľahkého stupňa, manévre na postranné' väzy mierne pozitívne, manévre na predné a zadné väzy - LCA, LCP (pri ich poškodení - roztrhnutí dochádza k nestabilnému kolenu rôzneho stupňa) negatívne to znamená, že nie je dokumentované nestabilné koleno RTG pravého kolena - postavenie adekvátne, zlomenina v štádiu hojenia. Doporučená plná záťaž s pokračovaním rehabilitácie, trvale nosenie ortézy nie je dokumentované. Identický objektívny nález je aj pri traumatologickej kontrole dňa 30.06.2014, 08.07.2014 a 18.11.2014, kde je objednanie na extrakciu OS materiálu na 15.12. 2014. Dňa 15.12. 2014 odstránenie OS materiálu bez dokumentovaných komplikácií. V kontrolných chirurgických vyšetreniach (29.12.2014, 29.1.2015 a 27.4.2015) v objektívnom náleze pretrváva mierny opuch pravého kolena, pri flexii a extenzii, ktorá je podľa rozsahu pohybov na úrovni ľahkého stupňa, počuteľné drásoty a lupkanie, čo je prejavom artrózy kolenného kĺbu, nie uvoľnenie väzivového aparátu, naviac v týchto vyšetrenia je uvádzaný len pozitívny - bolestivý manéver na kolaterálne väzy, pri ktorých dochádza k rozšíreniu klbnej štrbiny v kolene ale nie k nestabilite, manévre na predný skrížený väz, ktorý je hlavný stabilizátor kolena je negatívny. Obdobne sú negatívne aj manévre na menisky, ani v jednom prípade nie je dokumentovaná osová odchýlka, ktorá je pri nestabilnom kolene veľmi významná. Novo doložené vyšetrenie z traumatologickej ambulancie zo dňa 7.9.2015 v rámci preskúmania rozhodnutia zo dňa 5.9.2014 Krajským súdom v Prešove, je z pohľadu posudkového lekára rentovo účelové, pretože pri tých istých objektívnych údajoch, ktoré sú uvádzané v minulosti, kde je popisované len mierna lézia bočných kolaterálnych väzov, pri obmedzení pohybu mierneho stupňa v pravom kolennom kĺbe je prvýkrát dokumentované čiastočné oslabenie predného skríženého väzu bez porušenia zadného skríženého bez bližšieho špecifikovania (MR, RTG kolenného kĺbu, kedy by malo dôjsť k výraznému rozšíreniu klbnej štrbiny uvedenú v stupňoch popisu významnejších artrotických zmien ap, kedy môže odborný lekár jednoznačne prehlásiť, že sa jedná o nestabilné koleno) je v závere tých istých predchádzajúcich diagnóz, kde nebola doporučená ortopedická pomôcka, už teraz doporučená ortéza, ktorá sa môže používať nielen pri nestabilnom kolene ale aj v súvislosti s prekonaným úrazom, ktorý bol: riešený operačne (viď odporučenie ortézy v pri kontrolných vyšetreniach po operačnom riešení zlomeniny, kosti predkolenia). Záver tohto vyšetrenia posudkový lekár preto môže hodnotiť ako uvoľnenie väzivového aparátu kolena ľahkého stupňa, svalovo dobre kompenzovateľné, posudkovo nezávažné a používanie ortézy aj v súvislosti s prekonaným úrazom, nie výsostne pre nestabilitu kolena. Opätovne zhodnotené aj vertebrogénne ťažkosti - aktuálne doložene MR vyšetrenie C chrbtice zo dňa 10.2.2015, kde sú popisované len mierne degenaratívne zmeny v krčnej časti chrbtice, bez významnejšieho útlaku koreňových štruktúr. Tomu zodpovedá aj funkčný stav - popísaný v neurologickom vyšetrení dňa 25.3.2015 (je rozhodujúci pri hodnotení zdravotného stavu), ktorý je len s miernymi funkčnými zmenami, bez koreňového dráždenia a radikulopatie. Vyššie uvedené skutočnosti zodpovedajú z posudkového hľadiska hodnoteniu v nasledujúcich kapitolách - Trvalé následky po vybratí menisku pri dobrej stabilite a rozsahu pohybov, kapitola XV, oddiel G, položka 48 a - 10%. Uvoľnenie väzivového aparátu kolena len pri postranných väzoch kapitola XV, oddiel G, položka 47a - 10%. Degeneratívne zmeny na chrbtici a medzistavcových platničkách s miernym funkčným postihnutím len v jednom úseku - kapitola XV, oddiel E, položka 3a-b 10 - 20 %. Tieto onemocnenia a ich hodnotenia sú z posudkového hľadiska nezávažné a nepodmieňujú percentuálne navýšenie. Nebol preto dôvod hodnotiť tieto zdravotné postihnutia tak, ako to uvádza vo svojom vyjadrení právna zástupkyňa menovaného a vzhľadom k minimálnej posudkovej závažnosti nebol dôvod ani na percentuálne navýšenie podľa ustanovenia § 71 odsek 8 zákona č. 461/2003 Z.z. v zmysle neskorších predpisov. Posudkový lekár preto opakovane zotrváva na svojom pôvodnom hodnotení, že u posudzovaného sa jedná o stav po zlomenine kosti predkolenia, ktoré sú súčasťou kolenného kĺbu (podrobne tieto skutočnosti dokumentované v predchádzajúcej LS zo dňa 21.5.2015). Táto skutočnosť je hodnotená v kapitole XV, oddiel G, položka 51b vzhľadom k tomu, že sa jedná o zhojenú zlomeninu. Ďalšia citácia v tejto položke plne zohľadňuje zdravotný stav s porušenou funkciou končatiny, čomu zodpovedajú pozáťažové bolesti kolenného kĺbu a obmedzený rozsah pohybov, ktorý je v tomto prípade na úrovni ľahkého stupňa. Percentuálne hodnotenie v hornej hranici možného percentuálneho rozpätia je pre posudzovaného viac ako priaznivé, pretože pri takomto percentuálnom hodnotení by malo byť ešte postavenie končatiny v nesprávnom uhlovom postavení a dolná končatina by mala byť skrátená o niekoľko centimetrov - čo v tomto prípade nie je.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2 zákona dlhodobo nepriaznivý zdravotný stav je taký zdravotný stav, ktorý spôsobuje pokles schopnosti vykonávať zárobkovú činnosť a ktorý má podľa poznatkov lekárskej vedy trvať dlhšie ako jeden rok. 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písm. a), ods. 5 zákona lekársku posudkovú činnosť dôchodkového poistenia vykonáva posudkový lekár Sociálnej poisťovne príslušnej pobočky a posudkový lekár Sociálnej poisťovne, ústredie (ďalej len posudkový lekár). Podľa prílohy č. 4 zákona, Kapitoly XV., oddiel G, položka 51b stav po zlomenine tíbie, zhojená so skrátením, v nesprávnom uhlovom postavení a s porušenou funkciou končatiny podmieňuje 30% - 40% mieru poklesu schopnosti vykonávať zárobkovú činnosť. Ako to vyplýva z vyššie citovaných zákonných ustanovení, jednou z podmienok nároku na invalidný dôchodok je pokles schopnosti vykonávať zárobkovú činnosť o viac ako 40% v porovnaní so zdravou fyzickou osobou. V danom prípade bol zdravotný stav navrhovateľa podrobne posúdený posudkovými lekármi Sociálnej poisťovne, pobočky a ústredia. V obidvoch prípadoch sa náležite zaoberali zdravotnými postihnutiami navrhovateľa, ich dlhodobosťou a vplyvom na jeho zárobkovú činnosť. V obidvoch prípadoch dospeli k záveru, že rozhodujúce zdravotné postihnutie - stav po zlomenine tíbie zhojená s porušenou funkciou končatiny, podmieňuje 40% mieru poklesu schopnosti vykonávať zárobkovú činnosť. K zmene posudkového záveru nedošlo ani po tom, čo na základe nových lekárskych nálezov boli vypracované dva dopĺňacie posudky zo 21.05.2015 a 19.11.2015, pričom v posudku zo dňa 19.11.2015 posudkový lekár veľmi jasne a zrozumiteľne vysvetlil, prečo bolo rozhodujúce zdravotné postihnutie zaradené pod kapitolu XV., oddiel G, položku 51b prílohy č. 4 zákona a prečo nejde o uvoľnenie väzivového aparátu kolena - nestabilné koleno s pretrvávajúcou instabilitou aj pri používaní podporného aparátu (kapitola XV., oddiel G, položka 47c prílohy 4 zákona). Keďže navrhovateľ nemá pokles schopnosti vykonávať zárobkovú činnosť o viac ako 40% v porovnaní so zdravou fyzickou osobou, nesplnil medicínsku podmienku, preto v súlade so zákonom rozhodla odporkyňa, ak z týchto dôvodov zamietla žiadosť navrhovateľa o invalidný dôchodok. Z uvedených dôvodov krajský súd podľa § 250q ods. 2 O.s.p. preskúmavané rozhodnutie ako zákonné potvrdil. O náhrade trov konania rozhodol podľa § 250k ods. 1 v spojení s ustanovením § 250l ods. 2 O.s.p.. Navrhovateľ nebol v konaní úspešný, odporkyňa nemá zo zákona právo na náhradu trov konania, preto súd účastníkom náhradu trov konania nepriznal. Poučenie: Proti tomuto rozsudku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https://www.kauzis.sk/judikatura/r/ECLI:SK:KSPO:2016:8014201367.4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