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5S/75/2014 z 24. 5. 2016</w:t>
      </w:r>
    </w:p>
    <w:p>
      <w:r>
        <w:t>Uznesenie Krajského súdu Prešov z 24. mája 2016, sp. zn. 5S/75/2014, ECLI:SK:KSPO:2016:8014201425.2</w:t>
      </w:r>
    </w:p>
    <w:p>
      <w:r>
        <w:t>Súd: Krajský súd Prešov</w:t>
      </w:r>
    </w:p>
    <w:p>
      <w:r>
        <w:t>Spisová značka: 5S/75/2014</w:t>
      </w:r>
    </w:p>
    <w:p>
      <w:r>
        <w:t>ECLI: ECLI:SK:KSPO:2016:8014201425.2</w:t>
      </w:r>
    </w:p>
    <w:p>
      <w:r>
        <w:t>Dátum vydania: 24. 5. 2016</w:t>
      </w:r>
    </w:p>
    <w:p>
      <w:r>
        <w:t>Forma: Uznesenie</w:t>
      </w:r>
    </w:p>
    <w:p>
      <w:pPr>
        <w:pStyle w:val="Heading2"/>
      </w:pPr>
      <w:r>
        <w:t>Text rozhodnutia</w:t>
      </w:r>
    </w:p>
    <w:p>
      <w:r>
        <w:t>Súd: Krajský súd Prešov Spisová značka: 5S/75/2014 Identifikačné číslo súdneho spisu: 8014201425 Dátum vydania rozhodnutia: 25. 05. 2016 Meno a priezvisko sudcu, VSÚ: JUDr. Eva Sláviková ECLI: ECLI:SK:KSPO:2016:8014201425.2 Uznesenie Krajský súd v Prešove v právnej veci žalobcov v X.rade F. P. ml., bytom I. XXX/XX, Q. V., v 2. rade F. P. st., bytom I. XXX/XX, Q. V., v 3. rade P. B., bytom O. XXXX/XX, A. v 4. rade B. G., bytom T. XXX/ X, K., právne zastúpených Advokátskou kanceláriou VASIĽ, ŠIMONOVIČ &amp; partners, s. r. o., so sídlom Kuzmányho 29, Košice, proti žalovanému Poľovnícka spoločnosť Úsvit, so sídlom Okružná 129, Stará Lesná, o preskúmanie zákonnosti rozhodnutí a postupu žalovaného - oznámení o zániku členstva v poľovníckej spoločnosti takto r o z h o d o l : Konanie z a s t a v u j e. P o s t u p u j e vec vecne a miestne príslušnému Okresnému súdu Kežmarok. Žiaden z účastníkov n e m á právo na náhradu trov konania. o d ô v o d n e n i e : Podanou žalobou sa žalobcovia v 1. až 4. rade domáhali postupom podľa § 247 a nasledujúcich ustanovení O.s.p. preskúmania rozhodnutí žalovaného - Oznámení o zániku členstva v Poľovníckej spoločnosti, ktoré boli žalobcom doručené, na základe ktorých žalovaný oznámil žalobcom v 1. až 4. rade, že dňa 13.10.2014 im zaniklo členstvo v Poľovníckej spoločnosti Úsvit nesplnením si základnej povinnosti uvedenej v Článku VII. bod f/ v stanovách poľovníckej spoločnosti a to nepodpísania stanov a domáceho poriadku do 31.12.2013 a podľa článku VII. bod e/ stanov poľovníckej spoločnosti a to nezaplatením určeného členského vkladu alebo členského príspevku v stanovenej lehote. S oznámeniami ako aj samotnými dôvodmi zániku členstva nesúhlasia a postup žalovaného považujú za nezákonný. Dôvody zániku členstva sú vykonštruované a zakladajú sa len na subjektívnom zhodnotení štatutárneho orgánu s cieľom vylúčiť žalobcov z poľovníckej organizácie. K žalobe sa vyjadril žalovaný písomnými podaniami zo dňa 23.02.2015 a 07.12.2015, v ktorom uviedol, že podľa jeho názoru právomoc súdu na konanie o tejto žalobe nie je daná, pretože štát zákonom č. 274/2009 Z. z. o poľovníctve neaproboval žalovaného na výkon takých činností, o ktorých by žalovaný v stanovenom rozsahu vykonával záujmovú samosprávu. Dôkazom toho, že štát tieto kompetencie zveril citovaným zákonom o poľovníctve iným orgánom sú ustanovenia § 71 a nasledujúce uvedeného zákona, ktorý zakladajú právomoci orgánom štátnej správy zriadenej na úseku poľovníctva ako aj ustanovenie § 41 a nasledujúce, ktoré zakladajú právomoci orgánu záujmovej samosprávy, ktorým je Slovenská poľovnícka komora. Z podanej žaloby vyplýva, že žalobcovia sami poukazujú na dve základné skutočnosti a to, že žalovaný konal výlučne podľa svojich stanov a že žalobcovia nenamietajú, že by žalovaný porušil právne predpisy, ktorých preskúmanie patrí na rozhodovanie orgánom štátnej správy zriadenej na úseku poľovníctva podľa § 71 a nasledujúcich ustanovení zákona č. 274/2009 Z. z. o poľovníctve. Oznámenie žalobcom o tom, že im zanikol členstvo v Poľovníckej spoločnosti Úsvit spadá do tej časti, ktorá netvorí aprobovanú časť verejných vecí, ktorých preskúmanie patrí na rozhodnutie orgánom štátnej správy zriadenej na úseku poľovníctva podľa § 71 a nasledujúcich ustanovení zákona č. 247/2009 Z. z., ale o takú časť na ktorej preskúmaní nie je verejný, ale iba individuálny záujem. Ak sú žalobcovia presvedčení, že neboli splnené dôvody zániku ich členstva uvedené v čl. VII. písm. e/ a f/ stanov žalovaného a oznámenie o zániku ich členstva ich tak vystavilo stavu právnej neistoty, či sú alebo nie sú členmi žalovaného, tak sa môžu svojej súdnej ochrany domáhať len žalobou podľa § 80 písm. c/ O.s.p., t. j. žalobou o určení, že sú členmi žalovaného. Právne touto žalobou sa totiž možno domáhať určenia súdom, či právny stav je alebo nie je. Len v súdnom konaní o takejto žalobe podľa § 80 písm. c/ O.s.p. sa môže súd zaoberať aj skutkovými námietkami uvádzanými žalobcami v tejto časti žaloby. V konaní podľa V. časti O.s.p. súd totiž preskúmava zákonnosť rozhodnutia - opatrenia. Žalobou o preskúmanie oznámenie o zániku členstva, či aj jej vyhovení, nedosiahnu žalobcovia žiadnu svoju ochranu , pretože toto oznámenie samo nepôsobilo zánik ich členstva a preto ani jeho zrušenie súdom sa neobnoví ich členstvo. Ďalej uviedol, že Stanovy Poľovníckej spoločnosti Úsvit prijaté dňa 12.02.2013 upravujú zánik členstva v článku VII., z ktorého obsahu je zrejmé, že členstvo zaniká na základe právnych skutočností a právnych úkonov. Členstvo tak môže zaniknúť vykonaním právnych úkonov popísaných v bodoch a/ a b/ a právnymi skutočnosťami sú udalosti uvedené v písmenách c/ až g/. Nesplnením povinností uložených v článku V. stanov nastala právna skutočnosť závislá od vôle žalobcov, že im členstvo v spoločenstve zaniklo. Poľovnícke združenie listami zo dňa 13.10.2014 len túto právnu skutočnosť žalobcom oznámilo. Toto oznámenie nie je v žiadnom prípade správnym rozhodnutím, o ktorom by bolo potrebné viesť správne konanie a administratívny spis. Navrhol konanie vo veci podľa ustanovenia § 250d ods. 3 O. s. p. zastaviť z dôvodu, že smeruje proti rozhodnutiu, ktoré nemôže byť predmetom preskúmania súdom a zaviazať žalobcov zaplatiť žalovanému trovy konania. Podľa V. časti O. s. p. § 244 ods. 1,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Z vyššie citovanej právnej úpravy správneho súdnictva vyplýva, že predpokladom preskúmania zákonnosti rozhodnutia a postupu orgánov verejnej správy je, aby išlo o rozhodnutie zakladajúce, meniace alebo zrušujúce správa, či povinnosti fyzických alebo právnických osôb. Z oznámení žalovaného zo dňa 13.10.2014, ktoré žalobcovia považujú za rozhodnutie vyplýva, že žalovaný oznámil žalobcom v 1. až 4. rade zánik ich členstva v poľovníckej spoločnosti z dôvodu nesplnenia si povinnosti uvedenej v článku VII. bod e/ a f/ stanov poľovníckej organizácie - Poľovníckej spoločnosti Úsvit schválených dňa 12.02.2013. Podľa Stanov Poľovníckej organizácie vlastníkom poľovných pozemkov začlenených do Poľovného revíru Úsvit článok VII. - zánik členstva, členstvo v poľovníckej organizácii zaniká: a/ vystúpením člena z poľovníckej organizácie, b/ vylúčením z poľovníckej organizácie, c/ úmrtím člena, d/ zánikom poľovníckej organizácie, e/ nezaplatením určeného členského vkladu alebo členského príspevku v stanovenej lehote, f/ nepodpísaním stanov a domáceho poriadku poľovníckej organizácie, ak bol vydaný g/ zánikom vlastníckych práv k poľovným pozemkom začlenených do Poľovného revíru Úsvit. Z vyššie uvedeného ustanovenia je nesporné, že k zániku členstva v poľovníckej organizácii dochádza, na základe určitej právnej skutočnosti, ktorá je vymenovaná pod písmenom a/ až g/ tohto článku. Takouto právnou skutočnosťou je aj nezaplatenie určeného členského vkladu alebo členského príspevku v stanovenej lehote a nepodpísanie stanov a domáceho poriadku poľovníckej organizácie, ak bol vydaný. Oznámeniami žalovaného zo dňa 13.10.2013 sa iba konštatuje, že nastala určitá právna skutočnosť uvedená v článku VII. stanov Poľovníckej spoločnosti Úsvit v dôsledku ktorej došlo k zániku členstva žalobcov v 1. Až 4. rade. Týmto oznámením sa nezakladajú, nemenia ani nezrušujú oprávnenia a povinnosti fyzických alebo právnických osôb, teda oznámenie nemá charakter rozhodnutia správneho orgánu, tak ako to má na mysli ustanovenie § 244 ods. 3 O. s. p. Skutkovými námietkami žalobcov, že v danom prípade nedošlo k zániku ich členstva je možné sa zaoberať a vo veci rozhodovať, iba na základe žaloby podľa § 80 písm. c/ O.s.p., t. j. návrhom na začatie konania o určení, či tu právny vzťah alebo právo je alebo nie je, ak je na tom naliehavý právny záujem. Tak ako to uvádza aj žalovaný vo svojom vyjadrení zo dňa 07.12.2015 žalobou o preskúmanie zániku členstva a o zrušení tohto oznámenia by žalobcovia nedosiahli ochranu svojich práv a právom chránených záujmov, pretože zrušením tohto oznámenia by nedošlo k obnoveniu ich členstva, t. j. nespôsobilo by obnovu stavu pred jeho vydaním. Krajský súd skúmal preto vecnú príslušnosť podľa ustanovenia § 246 ods. 1 O.s.p. a miestnu príslušnosť podľa § 246a ods. 1 O.s.p. Pri posudzovaní návrhu žalobcov na preskúmaní zákonnosti rozhodnutia - oznámenia žalovaného o zániku členstva v Poľovníckej spoločnosti Úsvit skúmal, či ide o rozhodnutie, ktoré podlieha súdnemu prieskumu v správnom súdnictva a či ide o rozhodnutie vydané niektorým z orgánov alebo osôb uvedených v § 244 ods. 2 O.s.p. a dospel k záveru, že oznámenie o zániku členstva zo dňa 13.10.2013 nepodlieha súdnemu prieskumu podľa V. časti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Z vyššie uvedených dôvodov súd vo veci konanie podľa § 250d ods. 3 O.s.p. zastavil z dôvodu, že žaloba smeruje proti rozhodnutiu, ktoré nemôže byť predmetom preskúmania súdom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250d ods. 2 O.s.p. ak predseda senátu zistí, že súd nie je vecne alebo miestne príslušný postúpi vec uznesením príslušnému súdu. Podľa § 9 ods. 1 O.s.p. na konanie v prvom stupni sú zásadne príslušné okresné súdy. Na základe vyššie uvedených skutočností súd vec postúpil vecne a miestne príslušnému Okresnému súdu Kežmarok. O trovách konania súd rozhodol podľa § 246c ods. 1 O.s.p. v spojení s § 146 ods. 1 písm. c/ O.s.p., podľa ktorého žiaden z účastníkov nemá právo na náhradu trov konania, podľa jeho výsledku ak konanie bolo zastavené. Poučenie: Proti tomuto uzneseniu je možné podať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https://www.kauzis.sk/judikatura/r/ECLI:SK:KSPO:2016:8014201425.2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