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1Sp/36/2015 z 24. 2. 2016</w:t>
      </w:r>
    </w:p>
    <w:p>
      <w:r>
        <w:t>Rozsudok Krajského súdu Prešov z 24. februára 2016, sp. zn. 1Sp/36/2015, ECLI:SK:KSPO:2016:8015200701.3</w:t>
      </w:r>
    </w:p>
    <w:p>
      <w:r>
        <w:t>Súd: Krajský súd Prešov</w:t>
      </w:r>
    </w:p>
    <w:p>
      <w:r>
        <w:t>Spisová značka: 1Sp/36/2015</w:t>
      </w:r>
    </w:p>
    <w:p>
      <w:r>
        <w:t>ECLI: ECLI:SK:KSPO:2016:8015200701.3</w:t>
      </w:r>
    </w:p>
    <w:p>
      <w:r>
        <w:t>Dátum vydania: 24.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1Sp/36/2015 Identifikačné číslo súdneho spisu: 8015200701 Dátum vydania rozhodnutia: 25. 02. 2016 Meno a priezvisko sudcu, VSÚ: JUDr. Viera Zoľáková ECLI: ECLI:SK:KSPO:2016:8015200701.3 ROZSUDOK V MENE SLOVENSKEJ REPUBLIKY Krajský súd v Prešove samosudkyňou JUDr. Vierou Zoľákovou v právnej veci navrhovateľky LINGUA Poprad, s.r.o., Sládkovičova 2/121, Lipany proti odporcovi Mestu Levoča, Námestie Majstra Pavla č. 4, Levoča o opravnom prostriedku navrhovateľky voči rozhodnutiu odporcu zo dňa 10. apríla 2015 č. k. PÚ/1671/183872015 takto r o z h o d o l : Z r u š u j e rozhodnutie odporcu zo dňa 10. apríla 2015 č.k. PÚ/1671/193872015 podľa § 250j ods. 2 písm. c), d) O.s.p. a vec v r a c i a odporcovi na ďalšie konanie. Náhradu trov konania účastníkom n e p r i z n á v a . o d ô v o d n e n i e : Preskúmavaným rozhodnutím zo dňa 10. apríla 2015 č. PÚ/1671/183872015 Mesto Levoča ako príslušný správny orgán podľa § 13 ods. 9 písm. a) zákona č. 369/1990 Zb. o obecnom zriadení v znení neskorších predpisov a všeobecne záväzného nariadenia mesta Levoča č. 1/2007 o predajnej a prevádzkovej dobe a podľa § 46 zákona č. 71/1967 Zb. o správnom konaní vydal toto rozhodnutie: Spoločnosť LINGUA Poprad, s.r.o., so sídlom Sládkovičova 2/121, 082 71 Lipany, IČO: 45 724 717 porušila ô§ 4 Všeobecne záväzného nariadenia mesta Levoča o predajnej a prevádzkovej dobe č. 1/2007 tým, že porušila prevádzkový čas podľa § 4 ods. 1a 2 Všeobecne záväzného nariadenia mesta Levoča o predajnej a prevádzkovej dobe č. 1/2007; neprijala také opatrenia, aby v prevádzke a jej bezprostrednom okolí nedochádzalo k obťažovaniu hlukom, rušeniu nočného kľudu, verejného poriadku, poškodzovaniu životného prostredia, poškodzovaniu majetku a pod. podľa § 4 ods. 4 Všeobecne záväzného nariadenia mesta Levoča o predajnej a prevádzkovej dobe č. 1/2007. Za uvedené konanie sa spoločnosti LINGUA Poprad, s.r.o. ukladá pokuta podľa § 7 ods. 3 Všeobecne záväzného nariadenia mesta Levoča o predajnej a prevádzkovej dobe č. 1/2007 vo výške 1 500,- € (slovom tisícpäťsto eur). Uvedenú pokutu je podnikateľ povinný uhradiť do 15 dní od nadobudnutia právoplatnosti tohto rozhodnutia - priloženou poštovou poukážkou alebo bezhotovostným bankovým prevodom na účet Mesta Levoča, číslo účtu: 23929592/0200, Všeobecná úverová banka a.s., variabilný symbol: 1671/15/ PO alebo osobne v pokladni Mestského úradu v Levoči po predložení tohto rozhodnutia. Spoločnosť LINGUA Poprad, s.r.o. je povinná zaplatiť trovy konania o priestupku vo výške 16 eur podľa vyhlášky Ministerstva vnútra č. 411/2006, ktorou sa ustanovuje paušálna suma trov konania o priestupku. Výrok rozhodnutia odôvodnil tým, že dňa 27.01.2015 bolo správnemu orgánu doručené oznámenie o vykonaní kontroly v herni Black &amp; White Mestskou políciou Levoča dňa 22.01.2015. Herňu Black &amp; White so sídlom prevádzky na Námestí majstra Pavla 34 v Levoči prevádzkuje spoločnosť LINGUA Poprad, s.r.o. so sídlom na adrese Sládkovičova 2/121, Lipany. Kontrolou bolo zistené, že ohlásená prevádzková doba uvedená aj na vchodových dverách herne (Pondelok - Nedeľa od 08 00 hod. do 02.00 hod) je porušovaná. Na vchodových dverách sa nachádza nápis Herňa - Otvorené Nonstop, čím dochádza k porušovaniu schválených prevádzkových hodín a zavádzaniu zákazníkov, porušovaniu ustanovenia § 4 ods. 1 a 4 VZN č. 1/2007 o predajnej a prevádzkovej dobe. Pred správnym orgánom konatelia spoločnosti LINGUGA Poprad, s.r.o. uviedli, že sú si vedomí správneho deliktu a svoje konanie oľutovali. Oznamovaciu povinnosť o predajnej a prevádzkovej dobe si splnili dňa 17.07.2014, kedy bolo správnemu orgánu doručené podpísané ohlásenie predajnej a prevádzkovej doby. Otváracie hodiny sa dodržiavajú. Po druhej hodine ráno je herňa zatvorená, nachádzajú sa v nej iba zamestnanci, resp. oni ako prevádzkovatelia herne. Oznam Herňa - Otvorené Nonstop sa chápe ako reklama a nonstop otvorená nie je. So svojím zamestnancom vec vyriešili a vyvodili dôsledky a nariadili vypnutie strojov - automatov po zatvorení prevádzky. Zároveň požiadali o predĺženie otváracích hodín a určenie prevádzkovej doby podľa § 4 ods. 2 VZN č. 1/2007. Náčelník mestskej polície uviedol, že napriek tomu mestská polícia disponuje záznamami z kamerového systému, ktoré dokazujú, že aj po vykonanej kontrole a upozornenia zo strany mestských policajtov naďalej dochádza k porušovaniu VZN č. 1/2007. Zákazníci sú aj po druhej hodine ráno púšťaní do herne a správnemu orgánu odovzdal dôkazový materiál. Z dôvodu, že napriek upozorneniam opakovane dochádzalo k porušovaniu prevádzkovej doby, rozhodol správny orgán tak, ako je uvedené vo výroku rozhodnutia. Proti tomuto rozhodnutiu podala navrhovateľka odvolanie. Súd rozhodol vo veci bez pojednávania podľa § 250s ods. 1 a 2 O.s.p. v spojení s ustanovením § 250l ods. 2 O.s.p. a vo veci verejne vyhlásil rozsudok. Oznámenie o verejnom vyhlásení rozsudku bolo vyvesené na vývesnej doske súdu a oznámené na internetovej stránke súdu. Odporca navrhol preskúmavané rozhodnutie ako vecne správne potvrdiť, a to v predkladacej správe súdu zo dňa 30.06.2015. Zároveň k opravnému prostriedku uviedol, že predmetom prejednávania správneho deliktu bolo podanie Mestskej polície Levoča, ktorá na základe prijatého telefonického podnetu dňa 22.01.2015 v čase o 03.25 vykonala kontrolu v prevádzke Black &amp; White na Námestí Majstra Pavla č. 34 (Vysoká ul.) v Levoči. kontrolou bolo zistené, že otváracie hodiny prevádzky herne uvedené na vchodových dverách sú pondelok - nedeľa od 08:00 do 02:00 hod., že na vchodových dverách sa nachádza nápis Herňa - Otvorené Nonstop, a že v herni sa i v čase vykonávanej kontroly nachádzali 4 osoby a zamestnanec. Mesto Levoča prevádzkuje kamerový systém. Jedna z kamier je umiestnená tak, že kamera monitoruje priestor na Námestí Majstra Pavla vrátane priestoru pred herňou Black &amp; White. Zo záznamu o výsledku monitorovania bezpečnostnej situácie v meste vykonanej zamestnancom Mestskej polície dňa 23.01.2015 je zrejmé, že k porušovaniu prevádzkovej doby zo strany prevádzkovateľov herne dochádzalo i po vykonanej kontrole hliadkou MsP. O uvedenom svedčí aj záznam z kamerového systému z tohto dňa. Podľa § 7 Všeobecne záväzného nariadenia mesta Levoča o predajnej a prevádzkovej dobe č. 1/2007 kontrolnú činnosť nad dodržiavaním tohto nariadenia vykonáva Mesto Levoča. Zamestnanci Mestskej polície Levoča sú oprávnení za porušovania ustanovení tohto nariadenia uložiť pokutu v blokovom konaní v zmysle zákona č. 372/1990 Zb. o priestupkoch v znení neskorších predpisov. Primátor mesta môže podnikateľovi uložiť pokutu do výšky 200 000,- Sk (6 638 EUR), ak podnikateľa poruší nariadenie mesta podľa § 13 ods. 9 zákona č. 369/1990 zb. o obecnom zriadení v znení neskorších predpisov. Z administratívneho spisu bolo zistené, že sa v ňom nachádzajú záznamy o výsledku z výkonu služby, záznamy z kamerového systému a záznamy o výsledku monitorovania bezpečnostnej situácie v meste. Z týchto záznamov vyplýva, že v záverečných hodinách vchádzali do prevádzky Black &amp; White zákazníci. Podľa § 13 ods. 9 písm. a) zákona č. 169/1990 Zb. o obecnom zriadení v znení neskorších predpisov v spojitosti s § 7 VZN mesta Levoča o predajnej a prevádzkovej dobe č. 1/2007, obec môže právnickej alebo fyzickej osobe oprávnenej na podnikanie uložiť pokutu do 6 638 EUR, ak poruší nariadenie. Preskúmaním veci súd dospel k záveru, že opravný prostriedok navrhovateľky je dôvodný. Zmyslom a účelom platnej právnej úpravy správneho súdnictva je poskytovať efektívnu ochranu verejným subjektívnym právam fyzických a právnických osôb. Podstatou správneho súdnictva je ochrana práv občanov a právnických osôb, o ktorých sa rozhodovalo v správnom konaní; ide o právny inštitút, ktorý umožňuje, aby sa každá osoba, ktorá sa cíti byť rozhodnutím či postupom orgánom verejnej správy poškodená dovolala súdu ako nezávislého orgánu a vyvolala tak konanie, v ktorom správny orgán už nebude mať autoritatívne postavenie, ale bude účastníkom konania s rovnakými právami ako ten, o koho práva v konaní ide. Preskúmavané rozhodnutie trpí viacerými vadami, ktoré majú vplyv na zákonnosť rozhodnutia. Podľa § 47 Správneho poriadku (zákon č. 71/1967 Zb. o správnom konaní) podľa ods. 2 výrok obsahuje rozhodnutie vo veci s uvedením ustanovenia právneho predpisu, podľa ktorého sa rozhodlo, prípadne aj rozhodnutie o povinnosti nahradiť trovy konania. Pokiaľ sa v rozhodnutí ukladá účastníkovi konania povinnosť na plnenie, správny orgán určí pre ňu lehotu; lehota nesmie byť kratšia, než ustanovuje osobitný zákon. Podľa ods. 3 v odôvodnení rozhodnutia správny orgán uvedie, ktoré skutočnosti boli podkladom na rozhodnutie, akými úvahami bol vedený pri hodnotení dôkazov, ako použil správnu úvahu pri použití právnych predpisov, na základe ktorých rozhodoval, a ako sa vyrovnal s návrhmi a námietkami účastníkov konania a s ich vyjadreniami k podkladom rozhodnutia. Výrok rozhodnutia je neurčitý z toho dôvodu, že z neho nevyplýva, kedy sa mala navrhovateľka dopustiť porušenia prevádzkového času a aké opatrenie mala prijať, aby v prevádzke a jej bezprostrednom okolí nedochádzalo k obťažovaniu hlukom, rušeniu nočného kľudu, verejného poriadku a poškodzovaniu životného prostredia, poškodzovaniu majetku a pod. podľa § 4 ods. 1, 2 a 4 Všeobecného záväzného nariadenia Mesta Levoča o predajnej a prevádzkovej dobe č. 1/2007. Z odôvodnenia rozhodnutia nevyplýva, ktoré konkrétne skutočnosti boli podkladom pre rozhodnutie a akými úvahami bol odporca vedený pri hodnotení dôkazov, ako použil správnu úvahu pri použití právnych predpisov, na základe ktorých rozhodoval. Naviac odôvodnenie rozhodnutia nekorešponduje s výrokom rozhodnutia, keďže neodôvodňuje časť výroku rozhodnutia o neprijatí opatrení, aby v prevádzke a jej bezprostrednom okolí nedochádzalo k obťažovaniu hlukom, rušeniu nočného kľudu, verejného poriadku, k poškodzovaniu životného prostredia, k poškodzovaniu majetku a pod. Z obsahu administratívneho spisu nevyplýva, že by v tomto smere bolo vykonávané správne konanie. Následkom uvedeného je rozhodnutie odporcu nejasné, neurčité a nezrozumiteľné. Vzhľadom na uvedené súd rozhodnutie odporkyne podľa § 250j ods. 2 písm. c), d) O.s.p. zrušil z dôvodu nedostatočne zisteného skutočného stavu veci a pre nedostatok dôvodov v spojení s ustanovením § 250l ods. 2 O.s.p. V ďalšom konaní bude povinnosťou odporcu doplniť dokazovanie vo veci a vo veci opätovne rozhodnúť tak, aby rozhodnutie bolo jasné, určité a zrozumiteľné a v súlade s ustanovením § 47 Správneho poriadku. O trovách konania bolo rozhodnuté podľa § 250k ods. 1 O.s.p. v spojení s ustanovením § 250l ods. 2 O.s.p. a úspešnej navrhovateľke neboli priznané trovy konania, pretože táto si neuplatnila nárok na náhradu trov konania a odporca zo zákona nemá nárok na náhradu trov konania. Poučenie: Proti tomuto rozsudku odvolanie nie je prípustné</w:t>
      </w:r>
    </w:p>
    <w:p/>
    <w:p>
      <w:r>
        <w:t>Zdroj: KAUZIS.SK – https://www.kauzis.sk/judikatura/r/ECLI:SK:KSPO:2016:8015200701.3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