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Prešov sp. zn. 4S/39/2015 z 8. 3. 2016</w:t>
      </w:r>
    </w:p>
    <w:p>
      <w:r>
        <w:t>Opravné uznesenie Krajského súdu Prešov z 8. marca 2016, sp. zn. 4S/39/2015, ECLI:SK:KSPO:2016:8015201002.2</w:t>
      </w:r>
    </w:p>
    <w:p>
      <w:r>
        <w:t>Súd: Krajský súd Prešov</w:t>
      </w:r>
    </w:p>
    <w:p>
      <w:r>
        <w:t>Spisová značka: 4S/39/2015</w:t>
      </w:r>
    </w:p>
    <w:p>
      <w:r>
        <w:t>ECLI: ECLI:SK:KSPO:2016:8015201002.2</w:t>
      </w:r>
    </w:p>
    <w:p>
      <w:r>
        <w:t>Dátum vydania: 8. 3.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Prešov Spisová značka: 4S/39/2015 Identifikačné číslo súdneho spisu: 8015201002 Dátum vydania rozhodnutia: 09. 03. 2016 Meno a priezvisko sudcu, VSÚ: JUDr. Viera Zoľáková ECLI: ECLI:SK:KSPO:2016:8015201002.2 Opravné uznesenie Krajský súd v Prešove v právnej veci navrhovateľa D. M., bytom G. C., ul. Y. XX proti odporcovi Mesto Spišské Pohradie, o preskúmanie zákonnosti rozhodnutia odporcu č.: 1408/2015/236/Ro zo dňa 07. septembra 2015, o oprave takto r o z h o d o l : Opravuje uznesenie Krajského súdu v Prešove č.k. 4S/39/2015-5 zo dňa 10. decembra 2015 tak, že jeho výroková časť znie: Z a s t a v u j e konanie. Náhradu trov konania účastníkom n e p r i z n á v a . Po právoplatnosti tohto uznesenia bude vec postúpená na rozhodnutie Ministerstvu vnútra Slovenskej republiky ako orgánu príslušnému na konanie vo veci. o d ô v o d n e n i e : Uznesením č.k. 4S/39/2015-5 zo dňa 10. decembra 2015 súd rozhodol tak, že zastavil konanie a náhradu trov konania účastníkom nepriznal. V tomto uznesení súd opomenul uviesť výrok, na základe ktorého by mohla byť predmetná vec po právoplatnosti uznesenia postúpená na rozhodnutie Ministerstvu vnútra Slovenskej republiky, hoci v odôvodnení tohto uznesenia sa súd vysporiadal aj s touto skutočnosťou. Podľa § 164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167 ods. 2 O.s.p. ak nie je ďalej ustanovené inak, použijú sa na uznesenie primerane ustanovenia o rozsudku. Na základe uvedených skutočností a zákonnej úpravy súd túto zrejmú nesprávnosť odstránil a výrok doplnil. Poučenie: Proti tomuto uzneseniu je prípustné odvolanie do 15 dní odo dňa doručenia na Najvyšší súd SR v Bratislave prostredníctvom Krajského súdu v Prešove, a to písomne v dvoch vyhotoveniach. V odvolaní sa má popri všeobecných náležitostiach (§ 42 ods. 3 O.s.p.) uviesť, proti ktorému rozhodnutiu smeruje, v akom rozsahu sa napáda, v čom sa toto rozhodnutie alebo postup súdu považuje za nesprávny a čoho sa odvolateľ domáha, teda ako navrhuje, aby vo veci rozhodol odvolací súd.</w:t>
      </w:r>
    </w:p>
    <w:p/>
    <w:p>
      <w:r>
        <w:t>Zdroj: KAUZIS.SK – https://www.kauzis.sk/judikatura/r/ECLI:SK:KSPO:2016:8015201002.2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