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5Sd/86/2015 z 27. 7. 2016</w:t>
      </w:r>
    </w:p>
    <w:p>
      <w:r>
        <w:t>Rozsudok Krajského súdu Prešov z 27. júla 2016, sp. zn. 5Sd/86/2015, ECLI:SK:KSPO:2016:8015201063.3</w:t>
      </w:r>
    </w:p>
    <w:p>
      <w:r>
        <w:t>Súd: Krajský súd Prešov</w:t>
      </w:r>
    </w:p>
    <w:p>
      <w:r>
        <w:t>Spisová značka: 5Sd/86/2015</w:t>
      </w:r>
    </w:p>
    <w:p>
      <w:r>
        <w:t>ECLI: ECLI:SK:KSPO:2016:8015201063.3</w:t>
      </w:r>
    </w:p>
    <w:p>
      <w:r>
        <w:t>Dátum vydania: 27. 7. 2016</w:t>
      </w:r>
    </w:p>
    <w:p>
      <w:r>
        <w:t>Forma: Rozsudok</w:t>
      </w:r>
    </w:p>
    <w:p>
      <w:r>
        <w:t>Oblasť práva: Správne právo</w:t>
      </w:r>
    </w:p>
    <w:p>
      <w:pPr>
        <w:pStyle w:val="Heading2"/>
      </w:pPr>
      <w:r>
        <w:t>Text rozhodnutia</w:t>
      </w:r>
    </w:p>
    <w:p>
      <w:r>
        <w:t>Súd: Krajský súd Prešov Spisová značka: 5Sd/86/2015 Identifikačné číslo súdneho spisu: 8015201063 Dátum vydania rozhodnutia: 28. 07. 2016 Meno a priezvisko sudcu, VSÚ: JUDr. Ľuboslava Mruškovičová ECLI: ECLI:SK:KSPO:2016:8015201063.3 ROZSUDOK V MENE SLOVENSKEJ REPUBLIKY Krajský súd v Prešove, samosudkyňou JUDr. Ľuboslavou Mruškovičovou, v právnej veci navrhovateľky G. G., bytom V. č. XXX, proti odporkyni Sociálnej poisťovni, ústredie, Ul. 29. augusta č. 8, Bratislava, o preskúmanie rozhodnutia odporkyne zo dňa 07. augusta 2015 číslo: XXX XXX XXXX X takto r o z h o d o l : P o t v r d z u j e rozhodnutie odporkyne zo dňa 7. augusta 2015 číslo: XXX XXX XXXX 0. Náhradu trov konania účastníkom n e p r i z n á v a . o d ô v o d n e n i e : Preskúmavaným rozhodnutím zo dňa 07.08.2015 odporkyňa zamietla podľa § 70 zákona č. 461/2003 Z.z. o sociálnom poistení ( ďalej len zákona ) žiadosť navrhovateľky o invalidný dôchodok zo dňa 13.07.2015 z dôvodu, že nemá pokles schopnosti vykonávať zárobkovú činnosť o viac ako 40% v porovnaní so zdravou fyzickou osobou. Včas podaným opravným prostriedkom sa navrhovateľka domáhala preskúmania tohto rozhodnutia. Namietala, že odporkyňa vychádzala len z lekárskych nálezov, pričom ku dňu vypracovania posudku jej liečba nebola ešte ukončená, poukázala tiež na to, že jej zdravotný stav sa neustále zhoršuje a nedovoľuje jej vykonávať zárobkovú činnosť, ani bežné práce v domácnosti. Poverená zástupkyňa odporkyne navrhla preskúmavané rozhodnutie ako zákonné potvrdiť. Krajský súd podľa § 250l a nasl. ustanovení zákona č. 99/1963 Zb. Občianskeho súdneho poriadku ( ďalej len O.s.p. ), v spojení s § 492 ods. 1 zákona č. 162/2015 Z.z. Správneho súdneho poriadku ( ďalej len S.s.p. ), ktorý nadobudol účinnosť dňa 01.07.2016 a podľa ktorého konania podľa tretej hlavy piatej časti Občianskeho súdneho poriadku začaté predo dňom nadobudnutia účinnosťou tohto zákona sa dokončia podľa doterajších predpisov, preskúmal napadnuté rozhodnutie a konanie, ktoré mu predchádzalo, vypočul účastníkov konania, oboznámil sa s obsahom administratívneho spisu, doplnil dokazovanie a dospel k záveru, že opravnému prostriedku navrhovateľky nie je možné vyhovieť. Predmetom preskúmania je rozhodnutie o zamietnutí žiadosti o invalidný dôchodok, keď dôvodom zamietnutia bolo nesplnenie medicínskej podmienky pre priznanie invalidného dôchodku. Na základe žiadosti navrhovateľky o invalidný dôchodok zo dňa 13.07.2015, bol jej zdravotný stav posúdený posudkovým lekárom Sociálnej poisťovne, pobočky Vranov nad Topľou dňa 13.07.2015. Podľa posudku trpí navrhovateľka chorobami: poruchou lumbálnych medzistavcových platničiek, zmiešanou úzkostnou a depresívnou poruchou, hypertenziou. Za rozhodujúce zdravotné postihnutie boli určené choroby podporného a pohybového aparátu, zaradené pod Kapitolu XV. - E - 3b prílohy 4 zákona, so stanovenou 20%-tnou mierou poklesu schopnosti vykonávať zárobkovú činnosť. V posudku je uvedené, že ide o 45-ročnú posudzovanú so stredoškolským vzdelaním, naposledy pracovala ako poštová doručovateľka, t.č. nezamestnaná. Viac ako rok je liečená ambulantne neurológom pre bolesti driekovej chrbtice. CT a MR vyš. je dokumentované mierne vysunutie troch medzistavcových platničiek v danom segmente bez jednoznačného útlaku alebo dislokácie koreňových štruktúr. V objektívnom neurologickom náleze je prítomné mierne funkčné postihnutie - obmedzená pohyblivosť v driekovej chrbtici, spazmus chrbtového svalstva, slabosť svalového korzetu. Od septembra 2014 je liečená psychiatrom pre úzkostnú poruchu, pravdepodobne reaktívnu s prevahou neurotických prejavov v objektívnom náleze. Choroba vysokého krvného tlaku je pri liečbe stabilizovaná, orgánové komplikácie nie sú dokázané. Ochorenie nie je posudkovo významné. Zdravotný stav menovanej aktuálne nespĺňa posudkové kritériá pre uznanie invalidity, pretože funkčné postihnutie driekovej chrbtice je t.č. mierneho stupňa, nie sú prítomné známky radikulámeho-koreňového dráždenia, ani svalové hypotrofie a atrofie, ani obrna DK, ani známky výraznejšej poruchy citlivosti. Tiež neboli vyčerpané všetky možnosti liečby. Psychické ochorenie nie je posudkovo významné, pretože sa nejedná o dlhodobo nepriaznivý zdravotný stav a neboli vyčerpané všetky možnosti liečby. Celková miery poklesu schopnosti vykonávať zárobkovú činnosť činí 20%. Na základe tohto posudku vydala odporkyňa preskúmavané rozhodnutie. Po tom čo navrhovateľka podala opravný prostriedok bol jej zdravotný stav opätovne posúdený posudkovým lekárom Sociálnej poisťovne, ústredie so sídlom v Košiciach dňa 05.11.2015. Aj podľa tohto posudku sú spomedzi vyššie uvedených chorôb rozhodujúcim zdravotným postihnutím choroby podporného a pohybového aparátu, zaradené pod Kapitolu XV. - E - 3b prílohy 4 zákona, so stanovenou 20%- tnou mierou poklesu schopnosti vykonávať zárobkovú činnosť. V posudku posudkový lekár uviedol, že ide o posudzovanú so stredoškolským vzdelaním, viac rokov sledovaná a liečená pre chronické bolesti chrbtice. Opakovane preliečená aj v poslednom období neurológom, v objektívnom funkčnom náleze prítomná porucha statodynamiky chrbtice bez známok trvalého koreňového dráždenia bez poruchy citlivosti a bez sfinkterových porúch. Indikované MRI vyšetrenie chrbtice (opakované) dokumentuje ľahké degeneratívne zmeny bez indikácie k operačnej liečbe. Posudzovaná nevyčerpala všetky možnosti konzervatívnej liečby (opakované rehabilitačné procedúry, kúpeľná liečba, hospitalizácia na neurologickom event. rehabilitačnom oddelení). Od 09/2014 je sledovaná a liečená aj psychiatrickou ambulanciou pre úzkostnú neurotickú poruchu potencovanú somatickým ochorením. Sledovaná aj internou ambulanciou pre hypertenziu, pri liečbe hodnoty Tk sú uspokojivé, bez orgánových komplikácii. Rozhodujúce zdravotné postihnutie - dorzalgia s miernou poruchou statodynamiky chrbtice bez známok trvalého koreňového dráždenia zaradené naďalej do kapitoly XV, oddiel E, položka 3, písmeno b s mierou poklesu schopnosti vykonávať zárobkovú činnosť 20 %. Ani podľa tohto posudku navrhovateľka nie je invalidná podľa § 71 ods. 1 zákona, lebo pre dlhodobo nepriaznivý zdravotný stav nemá pokles schopnosti vykonávať zárobkovú činnosť o viac ako 40% v porovnaní so zdravou fyzickou osobou. K zmene posudkových záverov nedošlo ani po tom, čo na základe nových lekárskych nálezov bol dňa 07.04.2016 vypracovaný dopĺňací posudok. Aj podľa tohto posudku má navrhovateľka naďalej pokles schopnosti vykonávať zárobkovú činnosť o 20% v porovnaní so zdravou fyzickou osobu, keď naďalej sú rozhodujúcim zdravotným postihnutím choroby podporného a pohybového aparátu, zaradené pod Kapitolu XV. - E - 3b prílohy 4 zákona. V dopĺňacom posudku je uvedené, že krajský súd žiadal o posúdenie zdravotného stavu na základe lekárskej správy doloženej súdu dňa 04.03.2016 a o vypracovanie dopĺňacieho posudku. Novodoložené ortopedické vyšetrenie nedokumentuje zhoršenie zdravotného stavu. Menovaná vo februári 2016 absolvovala artroskopiu ľavého kolena pre stav po úraze ľavého kolena. Realizovaná bola plastika predného skríženého väzu štepom. Pooperačné bez komplikácií, prepustená do ambulatnej starostlivosti. Stav si vyžaduje ďalšiu dispenzárnu starostlivosť ortopéda a doliečenie. Z posudkového hľadiska ochorenie nespĺňa kritériá dlhodobého nepriaznivého zdravotného stavu. Rozhodujúcim zdravotným postihnutím je Dorzalgia s miernou poruchou statodynamiky chrbtice, bez známok trvalého koreňového dráždenia, zaradená do kapitoly XV, oddiel E, položka 3 písmeno b/ s mierou poklesu schopnosti vykonávať zárobkovú činnosť 20%. Podľa § 293dp ods. 1 zákona č. 461/2003 Z.z. ( ďalej len zákona ) upravujúceho prechodné ustanovenia k úpravám účinným od 01. júla 2016, konanie o opravnom prostriedku začaté pred 01. júlom 2016 sa dokončí podľa predpisov účinných do 30. júna 2016. Podľa § 70 ods. 1 zákona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poistenec je invalidný, ak pre dlhodobo nepriaznivý zdravotný stav má pokles schopnosti vykonávať zárobkovú činnosť o viac ako 40 % v porovnaní so zdravou fyzickou osobou. Podľa § 71. ods. 2 zákona dlhodobo nepriaznivý zdravotný stav je taký zdravotný stav, ktorý spôsobuje pokles schopnosti vykonávať zárobkovú činnosť a ktorý má podľa poznatkov lekárskej vedy trvať dlhšie ako jeden rok. Podľa § 71 ods. 3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153 ods. 1 písm. b), ods. 3 písm. a), ods. 5 zákona lekársku posudkovú činnosť dôchodkového poistenia vykonáva posudkový lekár Sociálnej poisťovne príslušnej pobočky a posudkový lekár Sociálnej poisťovne, ústredie (ďalej len posudkový lekár). Podľa prílohy č. 4 zákona, Kapitola XV., oddiel E, položka 3b degeneratívne zmeny na chrbtice a medzistavcových platničkách s miernym funkčným postihnutím, s prejavmi nervového a svalového dráždenia ( napr. syndróm cervikokraniálny, cervikobrachiálny, lumbálny, lumbosakrálny a syndróm sakroiliakalného skĺbenia blokády stavcov ), slabosť svalového korzetu, obmedzenie pohybu v postihnutom úseku podmieňuje 20 - 35 % mieru poklesu schopnosti vykonávať zárobkovú činnosť. Ako to vyplýva z vyššie citovaných zákonných ustanovení, jednou z podmienok nároku na invalidný dôchodok je pokles schopnosti vykonávať zárobkovú činnosť o viac ako 40% v porovnaní so zdravou fyzickou osobou, keď posúdenie zdravotného stavu prislúcha posudkovým lekárom. V danom prípade bol zdravotný stav navrhovateľky posúdený posudkovými lekármi Sociálnej poisťovne, pobočky aj ústredia. V obidvoch prípadoch sa náležite zaoberali zdravotnými postihnutiami navrhovateľky, ich dlhodobosťou a vplyvom na jej zárobkovú činnosť. V obidvoch prípadoch dospeli k záveru, že rozhodujúce zdravotné postihnutie (degeneratívne zmeny na chrbtici a medzistavcových platničkách, s miernym funkčným postihnutím) podmieňujú 20%-tnú mieru poklesu schopnosti vykonávať zárobkovú činnosť. Posudkoví lekári posudzovali zdravotný stav navrhovateľky a mieru poklesu schopnosti vykonávať zárobkovú činnosť objektívne, na základe odborných lekárskych nálezov, pričom jasne a zrozumiteľne odôvodnili svoj záver o 20%-tnej miere poklesu. Keďže navrhovateľka nemá pokles schopnosti vykonávať zárobkovú činnosť o viac ako 40% v porovnaní so zdravou fyzickou osobou, nesplnila medicínsku podmienku, preto v súlade so zákonom rozhodla odporkyňa, ak z týchto dôvodov zamietla žiadosť navrhovateľky o invalidný dôchodok. Preto krajský súd podľa § 250q ods. 2 O.s.p. preskúmavané rozhodnutie ako zákonné potvrdil. O náhrade trov konania rozhodol podľa § 250k ods. 1 v spojení s ustanovením § 250l ods. 2 O.s.p. Navrhovateľka nebola v konaní úspešná, odporkyňa nemá zo zákona právo na náhradu trov konania, preto súd účastníkom náhradu trov konania nepriznal. Poučenie: Proti tomuto rozsudku je prípustné odvolanie v lehote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https://www.kauzis.sk/judikatura/r/ECLI:SK:KSPO:2016:8015201063.3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