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Prešov sp. zn. 1Sd/86/2015 z 30. 3. 2016</w:t>
      </w:r>
    </w:p>
    <w:p>
      <w:r>
        <w:t>Rozsudok Krajského súdu Prešov z 30. marca 2016, sp. zn. 1Sd/86/2015, ECLI:SK:KSPO:2016:8015201070.2</w:t>
      </w:r>
    </w:p>
    <w:p>
      <w:r>
        <w:t>Súd: Krajský súd Prešov</w:t>
      </w:r>
    </w:p>
    <w:p>
      <w:r>
        <w:t>Spisová značka: 1Sd/86/2015</w:t>
      </w:r>
    </w:p>
    <w:p>
      <w:r>
        <w:t>ECLI: ECLI:SK:KSPO:2016:8015201070.2</w:t>
      </w:r>
    </w:p>
    <w:p>
      <w:r>
        <w:t>Dátum vydania: 30. 3. 2016</w:t>
      </w:r>
    </w:p>
    <w:p>
      <w:r>
        <w:t>Forma: Rozsudok</w:t>
      </w:r>
    </w:p>
    <w:p>
      <w:r>
        <w:t>Oblasť práva: Správne právo</w:t>
      </w:r>
    </w:p>
    <w:p>
      <w:pPr>
        <w:pStyle w:val="Heading2"/>
      </w:pPr>
      <w:r>
        <w:t>Text rozhodnutia</w:t>
      </w:r>
    </w:p>
    <w:p>
      <w:r>
        <w:t>Súd: Krajský súd Prešov Spisová značka: 1Sd/86/2015 Identifikačné číslo súdneho spisu: 8015201070 Dátum vydania rozhodnutia: 31. 03. 2016 Meno a priezvisko sudcu, VSÚ: JUDr. Viera Zoľáková ECLI: ECLI:SK:KSPO:2016:8015201070.2 ROZSUDOK V MENE SLOVENSKEJ REPUBLIKY Krajský súd v Prešove samosudkyňou JUDr. Vierou Zoľákovou v právnej veci navrhovateľa W. F., bytom J. námestie č. XXXX/XX, J., prechodne bytom G. XX, R.-J., v konaní zastúpeného opatrovníčkou T. F., bytom G. XX, R.-J., právne zastúpenej Mgr. Róbertom Liškom, advokátom, Štefánikova 882/39, Poprad proti odporkyni Sociálnej poisťovni, ústredie v Bratislave, ul. 29. augusta č. 8, Bratislava o invalidný dôchodok dňa 31. marca 2016, takto r o z h o d o l : Súd p o t v r d z u j e rozhodnutie odporkyne zo dňa 28. júla 2015 č. 821 114 9056 0. Náhradu trov konania účastníkom n e p r i z n á v a . o d ô v o d n e n i e : Preskúmavaným rozhodnutím zo dňa 28. júla 2015 č. 821 114 9056 0 odporkyňa podľa § 73, § 112 ods. 4 a § 82 zákona č. 461/2003 Z.z. o sociálnom poistení v znení neskorších predpisov zvýšila navrhovateľovi sumu invalidného dôchodku od 7. mája 2015 na 288,40 EUR mesačne. Výrok rozhodnutia odôvodnila tým, že v rámci realizácie rozsudku Krajského súdu v Prešove č. 1Sd/11/2014-40 zo dňa 25. septembra 2014, ktorým bolo zrušené jej rozhodnutie zo dňa 13. novembra 2013 č. 821 114 9056 0 bol opätovne posúdený zdravotný stav navrhovateľa a jeho invalidita dňa 10. júla 2015 so záverom, že navrhovateľ je invalidný podľa § 71 ods. 1 zákona č. 461/2003 Z.z. o sociálnom poistení, nakoľko miera poklesu schopnosti vykonávať zárobkovú činnosť u neho od 7. mája 2015 je 75 %. Výsledok posúdenia jeho zdravotného stavu je uvedený v Lekárskej správe z 10. júla 2015. Ďalej odôvodnila spôsob výpočtu výšky priznaného invalidného dôchodku. Voči tomuto rozhodnutiu podala opatrovníčka navrhovateľa odvolanie, ktoré odôvodnila tým, že namietala zaujatosť MUDr. Valachoviča voči navrhovateľovi. Vytýkala mu, že nezohľadnil nálezy odborných lekárov z Košíc a Plešivca, ktorí jasne potvrdili, že navrhovateľ je od narodenia mentálne retardovaný. Namietala ja zaujatosť PKSZ v Poprade a žiadala o posúdenie invalidity navrhovateľa iným posudkovým lekárom. Ďalej namietala, že Krajský súd v Prešove porušil zákon. Žiadala o doplatenie všetkých dávok od narodenia a dôchodku ešte pre dovŕšením 18. roku života. Nesúhlasila s priznaním invalidného dôchodku a miery poklesu schopnosti vykonávať zárobkovú činnosť u navrhovateľa 75 % od 07.05.2015 a žiadala o posúdenie invalidity navrhovateľa ešte pred dovŕšením 18. roku života. Uviedla, že navrhovateľ je od narodenia postihnutý a jeho postihnutie je trvalé, prognóza nepriaznivá. Odporkyňa navrhla preskúmavané rozhodnutie ako vecne správne potvrdiť. V písomnom vyjadrení k opravnému prostriedku uviedla, že napadnutým rozhodnutím bol realizovaný rozsudok Krajského súdu v Prešove č. 1Sd/11/2014-40 zo dňa 24. septembra 2014. Podľa ustanovenia § 70 ods. 1 zákona v znení neskorších predpisov poistenec má nárok na invalidný dôchodok, ak sa stal invalidný, získal počet rokov dôchodkového poistenia uvedený v § 72 a ku dňu vzniku invalidity nespĺňa podmienky nároku na starobný dôchodok alebo mu nebol priznaný predčasný starobný dôchodok. Podľa ustanovenia § 71 ods. 1 zákona poistenec je invalidný, ak pre dlhodobo nepriaznivý zdravotný stav má pokles schopnosti vykonávať zárobkovú činnosť o viac ako 40% v porovnaní so zdravou fyzickou osobou. Podľa posudku posudkového lekára sociálneho poistenia Sociálnej poisťovne, pobočky Poprad zo dňa 10. júla 2015, ktorý bol vypracovaný na základe podanej žiadosti o invalidný dôchodok, je navrhovateľ od 7. mája 2015 invalidný podľa ustanovenia §71 ods. 1 zákona s mierou poklesu schopnosti vykonávať zárobkovú činnosť 75 % v porovnaní so zdravou fyzickou osobou. V uvedenom posudku, ktorý je neoddeliteľnou súčasťou napadnutého rozhodnutia, posudkový lekár sociálneho poistenia odborne posúdil a vyhodnotil zdravotný stav navrhovateľa a zistené zdravotné postihnutie zaradil podľa Prílohy č. 4 k zákonu do príslušnej kapitoly. Napadnutým rozhodnutím bol navrhovateľovi zvýšený invalidný dôchodok od 7. mája 2015. Na základe podaného opravného prostriedku bol zdravotný stav navrhovateľa opätovne posúdený posudkovým lekárom sociálneho poistenia Sociálnej poisťovne, pobočky Poprad dňa 20. októbra 2015 a posudkovým lekárom sociálneho poistenia Sociálnej poisťovne, ústredie dňa 11. novembra 2015. Posudkoví lekári sociálneho poistenia zotrvali na pôvodnom posudku, že navrhovateľ je od 7. mája 2015 invalidný podľa ustanovenia § 71 ods. 1 zákona s mierou poklesu schopnosti vykonávať zárobkovú činnosť 75 % v porovnaní so zdravou fyzickou osobou. Posudkoví lekári sociálneho poistenia v konaní predchádzajúcom vydaniu napadnutého rozhodnutia, ako aj v konaní o opravnom prostriedku na základe predložených odborných lekárskych nálezov a vlastného vyšetrenia vyhodnotili, že navrhovateľov zdravotný stav je zhoršený na úroveň invalidity od 7. mája 2015 s mierou poklesu schopnosti vykonávať zárobkovú činnosť 75 % v porovnaní so zdravou fyzickou osobou. Krajský súd podľa § 250l a násl. ustanovení O.s.p. preskúmal napadnuté rozhodnutie odporkyne, oboznámil sa s posudkovým a dávkovým spisom odporkyne a ostatným spisovým materiálom a zistil tento skutkový stav: Opatrovníčka navrhovateľa žiadosťou zo dňa 24.05.2013 požiadala o prehodnotenie zdravotného stavu navrhovateľa, lebo jeho zdravotný stav od poslednej kontroly zhoršil. Žiadala o zvýšenie sumy invalidného dôchodku. Uviedla, že navrhovateľ bol zbavený svojprávnosti, žiadala o priznanie plného invalidného dôchodku. Z administratívneho spisu bolo zistené, že navrhovateľ bol uznaný čiastočne invalidným na základe posudku posudkového lekára od 14.11.2000. Od 01.08.2006 došlo k zmene miery poklesu schopnosti vykonávať zárobkovú činnosť u navrhovateľa z 55 % na 70 %. Od tohto posúdenia boli podávané opakované žiadosti o zvýšenie invalidného dôchodku s tým, že žiadosť o zvýšenie invalidného dôchodku bola opakovane zamietnutá. Navrhovateľ bol pozbavený spôsobilosti na právne úkony rozsudkom Okresného súdu v Poprade č. NC 1655/02-19 zo dňa 08.07.2002. Následne mu bola ustanovená opatrovníčka uznesením Okresného súdu v Porade č. 14P 203/02-12 zo dňa 10.04.2003. Rozsudkom Krajského súdu v Prešove č. 1Sd/11/2014-40 zo dňa 25.09.2014 bolo zrušené rozhodnutie odporkyne zo dňa 13. novembra 2013 č. 821 114 9056 0 a vec bola vrátená odporkyni na ďalšie konanie. Po vrátení veci bola invalidita navrhovateľa posúdená posudkovým lekárom Sociálnej poisťovne, pobočky Poprad dňa 10. júla 2015, ktorý konštatoval, že navrhovateľ je invalidný podľa § 71 ods. 1 zákona č. 461/2003 Z.z. o sociálnom poistení, lebo pre dlhodobo nepriaznivý zdravotný stav má pokles schopnosti vykonávať zárobkovú činnosť o viac ako 40% v porovnaní so zdravou fyzickou osobou. Miera poklesu schopnosti vykonávať zárobkovú činnosť v percentách nie je už 70 %, ale je 75 %. Dátum zmeny MPSVZČ je od 07.05.2015. Podľa posudku posudzovaný podal dňa 24.05.2013 podnet na zvýšenie sumy invalidného dôchodku, prehodnotenie čiastočnej invalidity na invaliditu z mladosti. Dňa 18.10.2013 bol posúdený a uznaný naďalej za invalidného s mierou poklesu 70 % (60 % pre rozhodujúce psychické ochorenie a navýšenie o 10 % pre zmyslové ochorenie). Posudzovaný sa odvolal voči rozhodnutiu SP ústredie zo dňa 13.11.2013 z dôvodu nesúhlasu s určenou mierou poklesu. V rámci odvolacieho konania bol posudkovými lekármi prvého i druhého stupňa potvrdený pokles miery pracovných schopností na 70 %. Krajský súd v Prešove dňa 25. septembra 2014 zrušuje rozhodnutie SP ústredie zo dňa 13.11.2013 s tým, že KS uložil Sociálnej poisťovni opätovne posúdiť jeho invaliditu a za týmto účelom zabezpečiť odborné lekárske nálezy, zvážiť vypracovanie znaleckého posudku znalcom z odboru psychiatria, prípadne posúdiť invaliditu navrhovateľa za účasti odborného lekára z odboru psychiatria a ORL. Za tým účelom bol posudzovaný ambulantne vyšetrený na ORL amb. v Košiciach dňa 28.11.2014, hospitalizovaný na ORL klinike v Košiciach z 06.02.2015, a hospitalizovaný v Psychiatrickej liečebni Plešivec s doložením prepúšťacej správy zo dňa 07.05.2015. Posudzovaný je opakovane prejednávaný v rámci žiadosti o invalidný dôchodok z mladosti. V konaní podľa zákona č. 100/1988 Zb. v znp. nebol uznaný za invalidného, nakoľko po zhodnotení výsledkov odborných lekárskych nálezov z odboru psychiatrie, vrátane hospitalizácie na psychiatrickom oddelení, išlo o ľahkú mentálnu retardáciu, čo neodôvodňovalo invaliditu, súčasne išlo o obojstrannú nedočujnosť, ktorá nebola dôvodom na uznanie invalidity z mladosti. Podľa Zápisnice o rokovaní PKSZ zo dňa 26.06.2001 posudkový lekár posudzovaného neuznal invalidným z mladosti, ale uznal ho za čiastočne invalidného (pre všeobecne sťažené životné podmienky), s dátumom vzniku 14.11.2000. V rámci konania o opravnom prostriedku dňa 14.09.2005, po zhodnotení podľa zákona č. 461/2003 Z.z. bol posudzovaný uznaný za invalidného, kedy rozhodujúce zdravotné postihnutie bolo označené postihnutie zmyslových orgánov v zmysle ťažkej poruchy sluchu, so zaradením do kapitoly VII, oddiel B, položka 2, na úrovni miery poklesu schopnosti vykonávať zárobkovú činnosť 45 %. Pre duševné choroby a poruchy správania bola zvýšená miera poklesu schopnosti vykonávať zárobkovú činnosť o 10 %. Celková hodnota miery poklesu schopnosti vykonávať zárobkovú činnosť bola na úrovni 55 %, s dátumom vzniku invalidity 01.01.2005. Pri prehodnotení zdravotného stavu v súlade s § 263a zákona č. 461/2003 Z.z. dňa 25.01.2007 bolo konštatované, že čiastočná invalidita trvá naďalej, invalidita z mladosti neuznaná. Tento výsledok bol potvrdený v rámci konania o opravnom prostriedku dňa 6.3.2007. Na základe žiadosti o zvýšenie sumy invalidného dôchodku bol zdravotný stav posudzovaného prehodnotený dňa 16.02.2010 a pre ľahkú duševnú zaostalosť bol zaradený do kapitoly V, položka 6a, s mierou poklesu schopnosti vykonávať zárobkovú činnosť na úrovni 60 %. Pre obojstrannú praktickú hluchotu bola zvýšená miera poklesu schopnosti vykonávať zárobkovú činnosť o 10 %. Celkovým zhodnotením bola miera poklesu schopnosti vykonávať zárobkovú činnosť, vrátane zvýšenia o 10 %, na úrovni 70 %. Aj pri poslednej žiadosti o zvýšenie sumy invalidného dôchodku zo dňa 24.5.2013 bol opätovne posúdený jeho zdravotný stav na úrovni 70 % miery poklesu, 60 % pre rozhodujúce psychické postihnutie (ľahkej mentálnej retardácie odpovedá 40-60 % miera poklesu, teda horná hranica možného rozpätia), a 10 % pre zmyslové postihnutie (nedočujnosť). Krajským súdom nariadené dokazovanie v rámci hospitalizácie na ORL klinike nezisťuje hluchotu, resp. praktickú hluchotu, tak ako to bolo hodnotené doteraz, ale iba ťažkú nedočujnosť, ktorej odpovedá miera poklesu v rozpätí 35-45 %. Psychologicko-psychiatrické vyšetrenie len znovu potvrdzuje ľahkú mentálnu retardáciu v pásme ťažkej debility, ktorej odpovedá miera poklesu v rozpätí 40-60 %. SP ústredie vydalo dňa 13.11.2013 rozhodnutie o potvrdení miery poklesu na úrovni 70 %. Voči tomuto rozhodnutiu sa odvolal, v rámci odvolania bol potvrdený stav aj posudkovým lekárom ústredia, avšak Krajský súd v Prešove dňa 25. septembra 2014 zrušuje rozhodnutie SP ústredie zo dňa 13.11.2013 s tým, že KS uložil Sociálnej poisťovni opätovne posúdiť jeho invaliditu a za týmto účelom zabezpečiť odborné lekárske nálezy, zvážiť vypracovanie znaleckého posudku znalcom z odboru psychiatria, prípadne posúdiť invaliditu navrhovateľa za účasti odborného lekára z odboru psychiatria a ORL. Za tým účelom vykonaná hospitalizácia na ORL klinike v Košiciach (správa zo dňa 06.02.2015) a diagnostická hospitalizácia na Psychiatrickej liečebni Plešivec (správa zo 07.05.2015). ORL klinika potvrdila hypacusis perceptiva bilat. Psychiatrická hospitalizácia potvrdila ľahkú mentálnu retardáciu v dolnom pásme - ťažká debilita, ale do popredia popisuje zmeny osobnosti, globálne postihnutie psychických funkcií, ktoré sa postupne prehlbujú a doteraz neboli popisované, že nie je schopný samostatnej existencie, nie je schopný ani dostatočnej komunikácie s okolím a je predpoklad, že tento stav sa bude vekom ďalej zhoršovať so stúpajúcou manifestáciou tzv. eretických prejavov. Takéto postihnutie je trvalé, žiadnou liečbou neovplyvniteľné, neumožňuje postihnutému samostatný život, vyžaduje dohľad druhej osoby v bežných denných činnostiach. Na základe psychiatrického znaleckého nálezu posudzovaného zaraďujem takto popísaný stav do položky porúch osobnosti a porúch správania s ťažkým narušením osobnosti so závažným obmedzením výkonnosti, dezintegrá v strednej hodnote rozpätia 65 %. Pre nedočujnosť navýšenie miery poklesu o 10 %. Celková miera poklesu je 75 % odo dňa diagnostickej psychiatrickej hospitalizácie, t.j. od 07.05.2015. Na základe odborného posudku o invalidite zo dňa 10. júla 2015 vydala odporkyňa preskúmavané rozhodnutie. Voči tomuto rozhodnutiu podala opatrovníčka navrhovateľa odvolanie, v ktorom, okrem iného, namietala aj zaujatosť MUDr. Jozefa Valachoviča. Rozhodnutím Sociálnej poisťovne, pobočky Poprad zo dňa 23.09.2015 bol vylúčený MUDr. Jozef Valachovič z posúdenia zdravotného stavu účastníka konania Ľubomíra Hangurbadža v konaní vo veci nároku o invalidný dôchodok na základe kontrolnej lekárskej prehliadky. Následne dňa 20. októbra 2015 bola posúdená invalidita navrhovateľa posudkovou lekárkou Sociálnej poisťovne, pobočka Poprad MUDr. Vierou Mikolajovou, ktorá potvrdila posudkový záver posudkového lekára MUDr. Valachoviča zo dňa 10. júla 2015. Následne bola invalidita navrhovateľa posúdená aj posudkovým lekárom Sociálnej poisťovne, ústredie, vysunuté pracovisko v Poprade dňa 11. novembra 2015. V celkovom posudku posudková lekárka konštatuje, že posudzovaný podal dňa 24.05.2013 podnet na zvýšenie sumy invalidného dôchodku, prehodnotenie čiastočnej invalidity na invaliditu z mladosti. Dňa 18.10.2013 bol posúdený a uznaný naďalej za invalidného s mierou poklesu 70% (60 % pre rozhodujúce psychické ochorenie a navýšenie o 10 % pre zmyslové ochorenie). Posudzovaný sa odvolal voči rozhodnutiu SP ústredie zo dňa 13.11.2013 z dôvodu nesúhlasu s určenou mierou poklesu. V rámci odvolacieho konania bol posudkovými lekármi prvého i druhého stupňa potvrdený pokles miery pracovných schopností na 70 %. Krajský súd v Prešove dňa 25.09.2014 zrušuje rozhodnutie Sociálnej poisťovne, ústredie zo dňa 13.11.2013 s tým, že krajský súd uložil Sociálnej poisťovni opätovne posúdiť jeho invaliditu a za týmto účelom zabezpečiť odborné lekárske nálezy, zvážiť vypracovanie znaleckého posudku znalcom z odboru psychiatria, prípadne posúdiť invaliditu navrhovateľa za účasti odborného lekára z odboru psychiatria a ORL. Za tým účelom bol posudzovaný ambulantne vyšetrený na ORL ambulancii v Košiciach dňa 28.11.2014, hospitalizovaný na ORL klinike v Košiciach zo dňa 06.02.2015 a v Psychiatrickej liečebni Plešivec s doložením prepúšťacej správy zo dňa 07.05.2015. Posudzovaný je opakovane prejednávaný v rámci žiadosti o invalidný dôchodok z mladosti. V konaní podľa zákona č. 100/1988 Zb. v znp. nebol uznaný za invalidného, nakoľko po zhodnotení výsledkov odborných lekárskych nálezov z odboru psychiatrie, vrátane hospitalizácie na psychiatrickom oddelení, išlo o ľahkú mentálnu retardáciu, čo neodôvodňovalo invaliditu, súčasne išlo o obojstrannú nedočujnosť, ktorá nebola dôvodom na uznanie invalidity z mladosti. Podľa Zápisnice o rokovaní PKSZ zo dňa 26.06.2001 posudkový lekár posudzovaného neuznal invalidným z mladosti, ale uznal ho za čiastočne invalidného (pre všeobecne sťažené životné podmienky), s dátumom A vzniku 14.11.2000. V rámci konania o opravnom prostriedku dňa 14.9.2005, po zhodnotení podľa zákona č. 461/2003 Z.z. bol posudzovaný uznaný za invalidného, kedy rozhodujúce zdravotné postihnutie bolo označené postihnutie zmyslových orgánov v zmysle ťažkej poruchy sluchu, so zaradením do kapitoly VII, oddiel B, položka 2, na úrovni miery poklesu schopnosti vykonávať zárobkovú činnosť 45 %. Pre duševné choroby a poruchy správania bola zvýšená miera poklesu schopnosti vykonávať zárobkovú činnosť o 10 %. Celková hodnota miery poklesu schopnosti vykonávať zárobkovú činnosť bola na úrovni 55 %, s dátumom vzniku invalidity 01.01.2005. Pri prehodnotení zdravotného stavu v súlade s § 263a zákona č. 461/2003 Z.z. dňa 25.01.2007 bolo konštatované, že čiastočná invalidita trvá naďalej, invalidita z mladosti neuznaná. Tento výsledok bol potvrdený v rámci konania o opravnom prostriedku dňa 6.3.2007. Na základe žiadosti o zvýšenie sumy invalidného dôchodku bol zdravotný stav posudzovaného prehodnotený dňa 16.2.2010 a pre ľahkú duševnú zaostalosť bol zaradený do kapitoly V, položka 6a, s mierou poklesu schopnosti vykonávať zárobkovú činnosť na úrovni 60 %. Pre obojstrannú praktickú hluchotu bola zvýšená miera poklesu schopnosti vykonávať zárobkovú činnosť o 10 %. Celkovým zhodnotením bola miera poklesu schopnosti vykonávať zárobkovú činnosť, vrátane zvýšenia o 10 %, na úrovni 70 %. Aj pri poslednej žiadosti o zvýšenie sumy invalidného dôchodku zo dňa 24.05.2013 bol opätovne posúdený jeho zdravotný stav na úrovni 70 % miery poklesu, 60 % pre rozhodujúce psychické postihnutie (ľahkej mentálnej retardácie odpovedá 40-60 % miera poklesu, teda horná hranica možného rozpätia) a 10 % pre zmyslové postihnutie (nedočujnosť). Krajským súdom nariadené dokazovanie v rámci hospitalizácie na ORL klinike nezisťuje hluchotu, resp. praktickú hluchotu, tak ako to bolo hodnotené doteraz, ale iba ťažkú nedočujnosť, ktorej odpovedá miera poklesu v rozpätí 35-45 %. Psychologicko-psychiatrické vyšetrenie len znovu potvrdzuje ľahkú mentálnu retardáciu v pásme ťažkej debility, ktorej odpovedá miera poklesu v rozpätí 40-60 %. SP ústredie vydalo dňa 13.11.2013 rozhodnutie o potvrdení miery poklesu na úrovni 70 %. Voči tomuto rozhodnutiu podal opravný prostriedok, v rámci konania o opravnom prostriedku bol potvrdený stav aj posudkovým lekárom ústredia, avšak Krajský súd v Prešove dňa 25.09.2014 zrušuje rozhodnutie Sociálnej poisťovne, ústredie zo dňa 13.11.2013 s tým, že krajský súd uložil Sociálnej poisťovni opätovne posúdiť jeho invaliditu a za týmto účelom zabezpečiť odborné lekárske nálezy, zvážiť vypracovanie znaleckého posudku znalcom z odboru psychiatria, prípadne posúdiť invaliditu navrhovateľa za účasti odborného lekára z odboru psychiatria a ORL. Za tým účelom vykonaná hospitalizácia na ORL: klinike v Košiciach (správa zo dňa 06.02.2015) a diagnostická hospitalizácia v Psychiatrickej liečebni Plešivec (správa zo dňa 07.05.2015). ORL klinika potvrdila hypacusis perceptiva bilaterálne. Psychiatrická hospitalizácia potvrdila ľahkú mentálnu retardáciu v dolnom pásme - ťažká debilita, ale do popredia popisuje zmeny osobnosti, globálne postihnutie psychických funkcií, ktoré sa postupne prehlbujú a doteraz neboli popisované, že nie je schopný samostatnej existencie, nie je schopný ani dostatočnej komunikácie s okolím a je predpoklad, že tento stav sa bude vekom ďalej zhoršovať so stúpajúcou manifestáciou tzv. eretických prejavov. Takéto postihnutie je trvalé, žiadnou liečbou neovplyvniteľné, neumožňuje postihnutému samostatný život, vyžaduje dohľad druhej osoby v bežných denných činnostiach. Na základe psychiatrického znaleckého nálezu posudzovaný bol zaradený takto popísaný stav do položky porúch osobnosti a porúch správania s ťažkým narušením osobnosti so závažným obmedzením výkonnosti, dezintegráciou v strednej hodnote rozpätia 65 %. Pre nedočujnosť navýšenie miery poklesu o 10 %. Celková miera poklesu schopností vykonávať zárobkovú činnosť bola posudkovým lekárom pobočky Sociálnej poisťovne na základe vyššie uvedených skutočností stanovená na 75 % odo dňa diagnostickej psychiatrickej hospitalizácie, t.j. od 07.05.2015. V rámci opravného prostriedku posudkový lekár s prísediacim odborným lekárom psychiatrom vyhodnotil všetky doložené odborné vyšetrenia a na základe toho konštatuje: u posudzovaného sa jedná o duševnú zaostalosť na hranici ľahkého až stredne ťažkého stupňa (ťažká debilita až ľahká imbecilita), so závažnými poruchami správania, vyžadujúcimi pozornosť a liečbu, lebo správa z diagnostickej hospitalizácie v Psychiatrickej liečebni Plešivec od 04.05.2015 do 07.05.2015 dokumentuje, že v súčasnosti ide o také globálne postihnutie psychických funkcií, že nie je schopný samostatnej existencie, nie je schopný ani dostatočnej komunikácie s okolím, jeho životné prejavy sa blížia animálnemu charakteru a je predpoklad, že tento stav sa bude vekom zhoršovať. Takéto postihnutie intelektu je trvalé, žiadnou liečbou neovplyvniteľné, neumožňuje postihnutému samostatný život, preto bol jeho zdravotný stav hodnotený v prílohe č. 4 ako poruchy osobnosti a poruchy správania s ťažkým narušením osobnosti, so závažným obmedzením výkonnosti organizmu, dezintegrácia. V minulosti podľa doložených odborných vyšetrení nebola zdokumentovaná duševná zaostalosť až v takej hĺbke a rozsahu, predchádzajúce nálezy podľa hodnoty IQ svedčili, že sa jedná o ľahkú mentálnu retardáciu v dolnom pásme (IQ z roku 2007 - 58). Preto posudkový lekár aj po konzultácii s odborným lekárom psychiatrom trvá na zmene stupňa invalidity od 07.05.2015, kedy bolo jednoznačne preukázané, že došlo k zhoršeniu zdravotného stavu v oblasti psychiky, do tohto dátumu sa jednalo o ľahkú duševnú zaostalosť v pásme ťažkej debility, ktorá by podľa zákona č. 461/2003 Z.z. a prílohy č. 4 by bola hodnotená s mierou poklesu schopnosti vykonávať zárobkovú činnosť 60 %. Navýšenie percentuálnej hodnoty o 10 % v súvislosti s poruchou sluchu, ktoré bolo v minulosti, bolo bol adekvátne zdravotnému stavu a vzhľadom k tomu, že aj v súčasnosti je dokumentovaná porucha sluchu, ponechané aj naďalej navýšenie percentuálnej hodnoty o 10 %. Posudkový lekár vykonávajúci lekársku posudkovú činnosť na dnešnom posudzovaní zdravotného stavu nezistil zmenu v zdravotnom stave posudzovaného od posledného posúdenia posudkovým lekárom pobočky vykonávajúcim lekársku posudkovú činnosť pobočky Sociálnej poisťovne v zmysle zhoršenia, preto považuje predchádzajúci posudok za správne vypracovaný a nie je dôvod na jeho zmenu. Podmienky nároku na invalidný dôchodok upravuje v § 70 Zákona o sociálnom poistení č. 461/2003 Z.z., podľa ktorého poistenec má nárok na invalidný dôchodok, ak sa stal invalidný, získal počet rokov dôchodkového poistenia uvedený v § 72 a ku dňu vzniku invalidity nespĺňa podmienky nároku na starobný dôchodok, alebo mu nebol priznaný predčasný starobný dôchodok. Pokles schopnosti vykonávať zárobkovú činnosť a miera poklesu schopnosti vykonávať zárobkovú činnosť upravuje ust. § 71 v ods. 1-10. Podľa § 71 ods. 1 poistenec je invalidný, ak pre dlhodobo nepriaznivý zdravotný stav má pokles schopnosti vykonávať zárobkovú činnosť o viac ako 40 % v porovnaní so zdravou fyzickou osobou. Podľa § 71 ods. 2 zákona dlhodobo nepriaznivý zdravotný stav je taký zdravotný stav, ktorý spôsobuje pokles schopnosti vykonávať zárobkovú činnosť a ktorý má podľa poznatkov lekárskej vedy trvať dlhšie ako jeden rok. Podľa § 71 ods. 3 zákona pokles schopnosti vykonávať zárobkovú činnosť sa posudzuje porovnaním telesnej schopnosti, duševnej schopnosti a zmyslovej schopnosti poistenca s dlhodobo nepriaznivým zdravotným stavom a telesnej schopnosti, duševnej schopnosti a zmyslovej schopnosti zdravej fyzickej osoby. Pri posudzovaní poklesu schopnosti vykonávať zárobkovú činnosť sa neprihliada na zdravotné postihnutia, ktoré boli zohľadnené na nárok na invalidný výsluhový dôchodok podľa osobitného predpisu. Podľa § 71 ods. 4 pokles schopnosti vykonávať zárobkovú činnosť sa posudzuje na základe a) lekárskych správ a údajov zo zdravotnej dokumentácie zdravotníckeho zariadenia a zhodnotenia liečby s určením diagnostického záveru, stabilizácie ochorenia, jeho ďalšieho vývoja, ďalšej liečby a b) komplexných funkčných vyšetrení a ich záverov, pričom sa prihliada na zostávajúcu schopnosť vykonávať zárobkovú činnosť, zostávajúcu schopnosť prípravy na povolanie, možnosti poskytnutia pracovnej rehabilitácie alebo rekvalifikácie. Podľa § 71 ods. 5 zákona miera poklesu schopnosti vykonávať zárobkovú činnosť je uvedená v prílohe č. 4. Podľa § 71 ods. 6 zákona miera poklesu schopnosti vykonávať zárobkovú činnosť v percentách sa určuje podľa druhu zdravotného postihnutia, ktoré je rozhodujúcou príčinou dlhodobo nepriaznivého zdravotného stavu, a so zreteľom na závažnosť ostatných zdravotných postihnutí. Podľa § 71 ods. 7 zákona jednotlivé percentuálne miery poklesu schopnosti vykonávať zárobkovú činnosť sa nesčítavajú. Podľa § 71 ods. 8 zákona mieru poklesu schopnosti vykonávať zárobkovú činnosť určenú podľa odseku 6 možno zvýšiť najviac o 10 %, ak závažnosť ostatných zdravotných postihnutí ovplyvňuje pokles schopnosti vykonávať zárobkovú činnosť. Na určenie zvýšenia hodnoty sa vychádza z predchádzajúceho výkonu zárobkovej činnosti, dosiahnutého vzdelania, skúsenosti a schopnosti rekvalifikácie. Obdobne to platí, ak pokles schopnosti vykonávať zárobkovú činnosť je dôsledkom viacerých zdravotných postihnutí podmieňujúcich dlhodobo nepriaznivý zdravotný stav. Podľa § 112 ods. 4 Zákona o sociálnom poistení výplata dávky sa zastaví, uvoľní alebo sa dávka vypláca v nižšej sume alebo vo vyššej sume, ak sa zmenia skutočnosti rozhodujúce na nárok na výplatu dávky. Podľa § 153 ods. 1 písm. b), ods. 3 písm. a), ods. 5 zákona č. 461/2003 Z.z. o sociálnom poistení v znení neskorších predpisov lekársku posudkovú činnosť dôchodkového poistenia vykoná posudkový lekár sociálnej poisťovne príslušnej pobočky a posudkový lekár sociálnej poisťovne ústredie (ďalej len ,,posudkový lekár“). Preskúmaním veci súd dospel k záveru, že opravný prostriedok navrhovateľa nie je dôvodný. Zo zisteného skutkového stavu je nesporné, že posudkoví lekári, ktorí vypracovali v predmetnej veci posudok vychádzali z odborných medicínskych nálezov a ku dňu posudzovania zdravotného stavu navrhovateľa konštatovali, že stav navrhovateľa opodstatňuje zvýšenie sumy invalidného dôchodku od 7.maja 2015, kedy bola zistená miera poklesu schopnosti vykonávať zárobkovú činnosť 75 %. odo dňa diagnostickej psychiatrickej hospitalizácie. Z posudkového záveru vyplýva, že posudkový lekár s prísediacim odborným lekárom psychiatrom vyhodnotili všetky doložené odborné vyšetrenia a na základe toho konštatovali, že u navrhovateľa sa jedná o duševnú zaostalosť na hranici ľahkého až stredne ťažkého stupňa (ťažká debilita až ľahká imbecilita), so závažnými poruchami správania, vyžadujúcimi pozornosť a liečbu, lebo správa z diagnostickej hospitalizácie v Psychiatrickej liečebni Plešivec od 04.05.2015 do 07.05.2015 dokumentuje, že v súčasnosti ide o také globálne postihnutie psychických funkcií, že nie je schopný samostatnej existencie, nie je schopný ani dostatočnej komunikácie s okolím. Jeho životné prejavy sa blížia animálnemu charakteru a je predpoklad, že tento stav sa bude vekom zhoršovať. Takéto postihnutie intelektu je trvalé, žiadnou liečbou neovplyvniteľné, neumožňuje postihnutému samostatný život, preto bol jeho zdravotný stav hodnotený v prílohe č. 4 ako poruchy osobnosti a poruchy správania s ťažkým narušením osobnosti, so závažným obmedzením výkonnosti organizmu, dezintegrácia. V minulosti podľa doložených odborných vyšetrení nebola zdokumentovaná duševná zaostalosť až v takej hĺbke a rozsahu, predchádzajúce nálezy podľa hodnoty IQ svedčili, že sa jedná o ľahkú mentálnu retardáciu v dolnom pásme (IQ z roku 2007 - 58). Preto posudkový lekár aj po konzultácii s odborným lekárom psychiatrom trvá na zmene stupňa invalidity od 07.05.2015, kedy bolo jednoznačne preukázané, že došlo k zhoršeniu zdravotného stavu v oblasti psychiky, do tohto dátumu sa jednalo o ľahkú duševnú zaostalosť v pásme ťažkej debility, ktorá by podľa zákona č. 461/2003 Z.z. a prílohy č. 4 by bola hodnotená s mierou poklesu schopnosti vykonávať zárobkovú činnosť 60 %. Navýšenie percentuálnej hodnoty o 10 % v súvislosti s poruchou sluchu, ktoré bolo v minulosti, bolo bol adekvátne zdravotnému stavu a vzhľadom k tomu, že aj v súčasnosti je dokumentovaná porucha sluchu, ponechané aj naďalej navýšenie percentuálnej hodnoty o 10 %. Z obsahu administratívneho spisu nepochybne vyplýva, že posudkoví lekári správne zaradili zdravotné poškodenie navrhovateľa podľa Prílohy č. 4 zákona a správne a v súlade s uvedenými ustanoveniami stanovili mieru poklesu schopnosti vykonávať zárobkovú činnosť navrhovateľky. Navrhovateľ žiadnym spôsobom nespochybnil medicínske závery posudkových lekárov a súd nezistil žiadnu skutočnosť, ktorá by tieto závery vyvracala. Na základe uvedeného súd dospel k záveru, že rozhodnutie odporkyne je správne a zákonné a ako také ho podľa § 250k ods. 2 O.s.p. ako vecne správne potvrdil. O náhrade trov konania krajský súd rozhodol podľa § 250k ods. 1 O.s.p. v spojení s ustanovením § 250l ods. 2 O.s.p. a účastníkom náhradu trov konania nepriznal, lebo navrhovateľ v konaní nemal úspech a odporkyňa zo zákona nemá nárok na náhradu trov konania. Poučenie: Proti tomuto rozsudku je prípustné odvolanie do 15 dní odo dňa jeho doru- čenia na Najvyšší súd SR v Bratislave prostredníctvom Krajského súdu v Prešove, a to písomne v dvoch vyhotoveniach. V odvolaní sa má popri všeobecných náležitostiach (§ 42 ods. 3) uviesť, proti ktorému rozhodnutiu smeruje, v akom rozsahu sa napáda, v čom sa toto rozhodnutie alebo postup súdu považuje za nesprávny a čoho sa odvolateľ domáha, teda ako navrhuje, aby vo veci rozhodol odvolací súd.</w:t>
      </w:r>
    </w:p>
    <w:p/>
    <w:p>
      <w:r>
        <w:t>Zdroj: KAUZIS.SK – https://www.kauzis.sk/judikatura/r/ECLI:SK:KSPO:2016:8015201070.2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