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5Sd/87/2015 z 6. 6. 2016</w:t>
      </w:r>
    </w:p>
    <w:p>
      <w:r>
        <w:t>Opravné uznesenie Krajského súdu Prešov z 6. júna 2016, sp. zn. 5Sd/87/2015, ECLI:SK:KSPO:2016:8015201082.2</w:t>
      </w:r>
    </w:p>
    <w:p>
      <w:r>
        <w:t>Súd: Krajský súd Prešov</w:t>
      </w:r>
    </w:p>
    <w:p>
      <w:r>
        <w:t>Spisová značka: 5Sd/87/2015</w:t>
      </w:r>
    </w:p>
    <w:p>
      <w:r>
        <w:t>ECLI: ECLI:SK:KSPO:2016:8015201082.2</w:t>
      </w:r>
    </w:p>
    <w:p>
      <w:r>
        <w:t>Dátum vydania: 6. 6. 2016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5Sd/87/2015 Identifikačné číslo súdneho spisu: 8015201082 Dátum vydania rozhodnutia: 07. 06. 2016 Meno a priezvisko sudcu, VSÚ: JUDr. Ľuboslava Mruškovičová ECLI: ECLI:SK:KSPO:2016:8015201082.2 Opravné uznesenie Krajský súd v Prešove v právnej veci navrhovateľky O. T., bytom Q. K., F. XX, proti odporkyni Sociálnej poisťovni, ústredie, ul. 29. augusta 8, Bratislava o preskúmanie rozhodnutia odporkyne 27. júla 2015 číslo: XXX XXX XXXX 0, o oprave rozsudku Krajského súdu v Prešove č. k. 5Sd/87/2015-27 zo dňa 19. februára 2016 takto r o z h o d o l : O p r a v u j e prvý výrok rozsudku Krajského súdu v Prešove č. k. 5Sd/87/2015- 27 zo dňa 19. februára 2016 tak, že správne znie : „P o t v r d z u j e rozhodnutie odporkyne zo dňa 27. júla 2015 číslo: XXX XXX XXXX X.“ Ostatné časti rozsudku ostávajú nezmenené. o d ô v o d n e n i e : Krajský súd v Prešove rozsudkom č. k. 5Sd/87/2015- 27 zo dňa 19. februára 2016 v konaní o preskúmanie rozhodnutia odporkyne zo dňa 27. júla 2015 číslo: XXX XXX XXXX X rozhodol tak, že potvrdil toto rozhodnutie a náhradu trov konania účastníkom nepriznal. Rozsudok nadobudol právoplatnosť dňa 9.4.2016. Podaním zo dňa 9.5.2016 odporkyňa žiadala o opravu chyby, keďže vo výroku rozsudku súd uviedol nesprávne číslo preskúmavaného rozhodnutia XXX XXX XXXX X namiesto správneho XXX XXX XXXX 0. Podľa § 164 v spojení s ustanovením § 246c ods. 1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Vo výroku uvedeného rozsudku došlo k chybe v písaní, preto krajský súd túto chybu v zmysle § 164 v spojení s § 246c ods. 1 O.s.p. opravil. Poučenie: Proti tomuto uzneseniu je prípustné odvolanie v lehote 15 dní odo dňa jeho doručenia, prostredníctvom Krajského súdu v Prešove, na Najvyšší súd SR v Bratislave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https://www.kauzis.sk/judikatura/r/ECLI:SK:KSPO:2016:8015201082.2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