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Prešov sp. zn. 4Sd/94/2015 z 18. 5. 2016</w:t>
      </w:r>
    </w:p>
    <w:p>
      <w:r>
        <w:t>Rozsudok Krajského súdu Prešov z 18. mája 2016, sp. zn. 4Sd/94/2015, ECLI:SK:KSPO:2016:8015201157.2</w:t>
      </w:r>
    </w:p>
    <w:p>
      <w:r>
        <w:t>Súd: Krajský súd Prešov</w:t>
      </w:r>
    </w:p>
    <w:p>
      <w:r>
        <w:t>Spisová značka: 4Sd/94/2015</w:t>
      </w:r>
    </w:p>
    <w:p>
      <w:r>
        <w:t>ECLI: ECLI:SK:KSPO:2016:8015201157.2</w:t>
      </w:r>
    </w:p>
    <w:p>
      <w:r>
        <w:t>Dátum vydania: 18. 5. 2016</w:t>
      </w:r>
    </w:p>
    <w:p>
      <w:r>
        <w:t>Forma: Rozsudok</w:t>
      </w:r>
    </w:p>
    <w:p>
      <w:r>
        <w:t>Oblasť práva: Správne právo</w:t>
      </w:r>
    </w:p>
    <w:p>
      <w:pPr>
        <w:pStyle w:val="Heading2"/>
      </w:pPr>
      <w:r>
        <w:t>Text rozhodnutia</w:t>
      </w:r>
    </w:p>
    <w:p>
      <w:r>
        <w:t>Súd: Krajský súd Prešov Spisová značka: 4Sd/94/2015 Identifikačné číslo súdneho spisu: 8015201157 Dátum vydania rozhodnutia: 19. 05. 2016 Meno a priezvisko sudcu, VSÚ: JUDr. Monika Tobiašová ECLI: ECLI:SK:KSPO:2016:8015201157.2 ROZSUDOK V MENE SLOVENSKEJ REPUBLIKY Krajský súd v Prešove samosudkyňou JUDr. Monikou Tobiašovou v právnej veci navrhovateľa W. U., trvale bytom S., O. XXX, XXX XX, adresa na doručovanie: O. Ú. N. - F., O. XX, XXX XX N., proti odporkyni Sociálnej poisťovni, ústredie Bratislava, Ul. 29. augusta č. 8-10, Bratislava, o invalidný dôchodok, takto r o z h o d o l : P o t v r d z u j e rozhodnutie odporkyne zo dňa 30. júna 2015, číslo: 780 716 9073 0 . Náhradu trov konania účastníkom n e p r i z n á v a . o d ô v o d n e n i e : Preskúmavaným rozhodnutím zo dňa 30.06.2015 odporkyňa zamietla podľa § 70 ods. 1 zákona č. 461/2003 Z. z. o sociálnom poistení v znení neskorších predpisov (ďalej len zákona) žiadosť navrhovateľa o invalidný dôchodok z dôvodu, že nezískal potrebný počet rokov obdobia dôchodkového poistenia na vznik nároku na invalidný dôchodok. V odôvodnení rozhodnutia uviedla, že navrhovateľ bol za invalidného uznaný z dôvodu, že má pokles schopnosti vykonávať zárobkovú činnosť o 45 % v porovnaní so zdravou fyzickou osobou. Jeho dlhodobo nepriaznivý zdravotný stav a pokles schopnosti vykonávať zárobkovú činnosť bol posúdený posudkovým lekárom sociálneho poistenia Sociálnej poisťovne, pobočky Poprad, v lekárskej správe zo dňa 22.04.2015. Potrebný počet rokov obdobia dôchodkového poistenia na vznik nároku na invalidný dôchodok poistenia vo veku nad 34 rokov do 40 rokov je najmenej 8 rokov a zisťuje sa z obdobia pred vznikom invalidity. Pred vznikom invalidity pred 17. decembrom 2013 navrhovateľ získal 2 197 dní obdobia dôchodkového poistenia, presný rozpis je uvedený v priloženom osobnom liste dôchodkového poistenia (ďalej len osobný list). Pri posúdení nároku na dôchodok boli zhodnotené všetky preukázané obdobia dôchodkového poistenia, vrátane dôb, ktoré sa za obdobie dôchodkového poistenia podľa zákona považujú. Získanie ďalšieho obdobia dôchodkového poistenia nebolo preukázané. Podľa § 60 ods. 9 zákona rok dôchodkového poistenia je 365 dní dôchodkového poistenia. Navrhovateľ ku dňu vzniku invalidity získal 6 rokov a 7 dní obdobia dôchodkového poistenia, čím nesplnil podmienku potrebného počtu rokov obdobia dôchodkového poistenia na vznik nároku na invalidný dôchodok. Včas podaným opravným prostriedkom sa navrhovateľ domáhal preskúmania tohto rozhodnutia. Namietal svoj zlý zdravotný stav a žiadal spätné uznanie invalidity. Odporkyňa v písomnom vyjadrení zo dňa 16.12.2015 navrhla, aby súd napadnuté rozhodnutie o zamietnutí žiadosti o invalidný dôchodok ako vecne správne potvrdil. Krajský súd podľa § 250l a nasledujúcich ustanovení zákona č. 99/1963 Občianskeho súdneho poriadku (ďalej len O.s.p.) preskúmal napadnuté rozhodnutie a konanie, ktoré mu predchádzalo, vypočul povereného zástupcu odporkyne s tým, že podľa § 250g ods. 2 v spojení s § 250 l O.s.p. konal a rozhodol v neprítomnosti navrhovateľa, oboznámil sa s obsahom posudkového a dávkového spisu odporkyne a dospel k záveru, že opravnému prostriedku navrhovateľa nie je možné vyhovieť. Žiadosťou spísanou dňa 22.04.2015 navrhovateľ požiadal odporkyňu o priznanie invalidného dôchodku, ktorý žiadal priznať od 24.11.2013. Na základe žiadosti navrhovateľa o invalidný dôchodok bol jeho zdravotný stav posúdený posudkovým lekárom sociálneho poistenia Sociálnej poisťovne pobočky Poprad dňa 22.04.2015. Za rozhodujúce zdravotné postihnutie posudkový lekár stanovil degeneratívne zmeny na chrbtici a medzistavcových platničkách s miernym funkčným postihnutím s prejavmi nervového a svalového dráždenia - LIS obojstranne, ktoré zaradil podľa prílohy č. 4 zákona pod kapitolu XV, oddiel E, položka 3, písm. b/, a stanovil 35% mieru poklesu schopnosti vykonávať zárobkovú činnosť (ďalej len MPSVZČ). Pre iné zdravotné postihnutie - somatoformnú poruchu bola percentuálna miera zvýšená o 10%, celkom na 45% od 17.12.2013, kedy prepúšťacou správou je verifikovaný dlhodobo nepriaznivý a invalidizujúci stav. Na základe tohto posudku odporkyňa vydala napadnuté rozhodnutie, voči ktorému navrhovateľ podal opravný prostriedok. Na základe podaného opravného prostriedku bol navrhovateľ predvolaný na posúdenie zdravotného stavu posudkovým lekárom sociálneho poistenia Sociálnej poisťovne pobočky Poprad dňa 05.10.2015, kedy sa na ústne pojednávanie nedostavil, ako aj dňa 04.11.2015, následne bol posúdený dňa 11.11.2015 a posudkovým lekárom sociálneho poistenia Sociálnej poisťovne, ústredie, pracovisko Poprad dňa 26.11.2015, pričom na ústne pojednávanie sa opätovne nedostavil. Napokon bol zdravotný stav navrhovateľa posúdený dňa 08.12.2015. Posudkoví lekári sociálneho poistenia zotrvali na pôvodnom posudku, že navrhovateľ je naďalej od 17.12.2013 invalidný podľa § 71 ods. 1 zákona s MPSVZČ 45% v porovnaní so zdravou fyzickou osobou. Podľa § 70 ods. 1 zákona, poistenec má nárok na invalidný dôchodok, ak sa stal invalidný, získal počet rokov dôchodkového poistenia uvedený v § 72 a ku dňu vzniku invalidity nedovŕšil dôchodkový vek alebo mu nebol priznaný predčasný starobný dôchodok. Podľa § 72 ods. 1 písm. e/ zákona, počet rokov dôchodkového poistenia na vznik nároku na invalidný dôchodok poistenca vo veku nad 34 rokov do 40 rokov je najmenej 8 rokov. Podľa § 72 ods. 2 zákona v znení zákona č. 449/2008 Z. z., počet rokov dôchodkového poistenia na vznik nároku na invalidný dôchodok sa zisťuje z obdobia pred vznikom invalidity. Medicínsku podmienku nároku na invalidný dôchodok upravenú v § 70 ods. 1 zákona navrhovateľ splnil, pretože bol uznaný od 17.12.2013 za invalidného s určenou percentuálnou mierou poklesu schopnosti vykonávať zárobkovú činnosť 45%, preto sa súd zameral na preskúmanie zákonnosti rozhodnutia, čo sa týka skúmania potrebného počtu rokov dôchodkového poistenia pre vznik nároku na invalidný dôchodok. Z obsahu administratívneho spisu vyplýva, že navrhovateľ ku dňu vzniku invalidity, t.j. ku dňu 17.12.2013 dosiahol vek 35 rokov, preto splnenie zákonom stanovenej podmienky získania potrebného počtu rokov obdobia dôchodkového poistenia na nárok na invalidný dôchodok je v súlade s citovanými ustanoveniami zákona, podmienené získaním najmenej 8 rokov dôchodkového poistenia pred vznikom invalidity. Doba poistenia navrhovateľa bola zhodnotená na základe spisového a evidenčného materiálu nachádzajúceho sa v evidencii odporkyne. Obdobie vedenia v evidencii nezamestnaných občanov hľadajúcich zamestnanie (ďalej len evidencia nezamestnaných) od 01.01.2001 do 31.12.2003 (a to od 01.01.2001 do 20.08.2003), počas ktorého navrhovateľovi nebola vyplácaná podpora v nezamestnanosti, nie je obdobím dôchodkového poistenia, a preto uvedené obdobie nebolo navrhovateľovi zhodnotené pre dôchodkové účely. Podľa § 255 ods. 1 zákona v znení zákona č. 310/2006 Z. z. sa za obdobie dôchodkového poistenia považuje aj zamestnanie a náhradná doba získané pred 1. januárom 2004 podľa zákona č. 100/1988 Zb. o sociálnom zabezpečení v znení neskorších predpisov. Do zamestnania sa na dôchodkové účely započíta aj v období pred 1. januárom 2001 doba vedenia v evidencii nezamestnaných a v období od 1. januára 2001 do 31. decembra 2003 doba vyplácania podpory v nezamestnanosti (§ 169c ods. 1 zákona č. 100/1988 Zb. v znení zákona č. 446/2000 Z. z.). Pretože vyššie uvedené obdobie trvalo po 31. decembri 2000 a počas neho nebola navrhovateľovi vyplácaná podpora v nezamestnanosti, uvedené obdobie nemožno považovať za náhradnú dobu, ani za obdobie dôchodkového poistenia. Odporkyňa na dôchodkové účely navrhovateľovi nehodnotila obdobie vedenie v evidencii nezamestnaných občanov od 15. apríla 2004 do 02. septembra 2007, od 05. mája 2008 do 08. júna 2008, od 02. januára 2009 do 09. februára 2009, od 26. mája 2009 do 28. januára 2010, od 30. apríla 2010 do 15. mája 2011, od 11. júla 2011 do 21. augusta 2011, od 28. augusta 2012 do 11. novembra 2012, od 14. júna 2013 do 07. novembra 2013 a od 21. novembra 2013 do 16. decembra 2013, nakoľko uvedené obdobie nie je obdobím dôchodkového poistenia podľa § 60 zákona. Z obsahu evidenčného a spisového materiálu odporkyne nepochybne vyplýva, že navrhovateľ pred vznikom invalidity, t.j. pred 17. decembrom 2013 získal celkovo 2 197 dní, t.j. 6 rokov a 7 dní dôchodkového poistenia, čím nesplnil zákonom stanovenú podmienku na vznik nároku na invalidný dôchodok podľa § 70 ods. 1 zákona. V súčasnosti platná právna úprava umožňuje fyzickej osobe dodatočne zaplatiť poistné na dôchodkové poistenie podľa § 142 ods. 3 písm. c/ zákona za obdobie, počas ktorého fyzická osoba bola zaradená do evidencie nezamestnaných občanov po 31. decembri 2003. To znamená, že ak sa navrhovateľ rozhodne zaplatiť dodatočne poistné na dôchodkové poistenie za toto obdobie, započíta sa mu na dôchodkové účely. O tejto možnosti doplatenia poistného bol navrhovateľ informovaný listom odporkyne zo dňa 30. júna 2015, avšak zo strany navrhovateľa poistné nebolo dodatočne zaplatené tak, aby získal potrebný počet rokov na vznik nároku na invalidný dôchodok podľa § 72 ods. 1, písm. e/ zákona. Preto krajský súd preskúmavané rozhodnutie podľa § 250q ods. 2 O.s.p. ako zákonné potvrdil. O náhrade trov konania rozhodol podľa § 250k ods. 1 v spojení s ustanovením § 250l ods. 2 O.s.p. Navrhovateľ nebol v konaní úspešný, odporkyňa nemá zo zákona právo na náhradu trov konania, preto súd účastníkom náhradu trov konania nepriznal. Poučenie: Proti tomuto rozsudku je prípustné odvolanie do 15 dní odo dňa jeho doručenia na Najvyšší súd SR v Bratislave prostredníctvom Krajského súdu v Prešove, a to písomne v dvoch vyhotoveniach. V odvolaní sa má popri všeobecných náležitostiach (§ 42 ods. 3) uviesť, proti ktorému rozhodnutiu smeruje, v akom rozsahu sa napáda, v čom sa toto rozhodnutie alebo postup súdu považuje za nesprávny a čoho sa odvolateľ domáha, teda ako navrhuje, aby vo veci rozhodol odvolací súd.</w:t>
      </w:r>
    </w:p>
    <w:p/>
    <w:p>
      <w:r>
        <w:t>Zdroj: KAUZIS.SK – https://www.kauzis.sk/judikatura/r/ECLI:SK:KSPO:2016:8015201157.2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