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1Sd/96/2015 z 13. 4. 2016</w:t>
      </w:r>
    </w:p>
    <w:p>
      <w:r>
        <w:t>Uznesenie Krajského súdu Prešov z 13. apríla 2016, sp. zn. 1Sd/96/2015, ECLI:SK:KSPO:2016:8015201190.1</w:t>
      </w:r>
    </w:p>
    <w:p>
      <w:r>
        <w:t>Súd: Krajský súd Prešov</w:t>
      </w:r>
    </w:p>
    <w:p>
      <w:r>
        <w:t>Spisová značka: 1Sd/96/2015</w:t>
      </w:r>
    </w:p>
    <w:p>
      <w:r>
        <w:t>ECLI: ECLI:SK:KSPO:2016:8015201190.1</w:t>
      </w:r>
    </w:p>
    <w:p>
      <w:r>
        <w:t>Dátum vydania: 13. 4. 2016</w:t>
      </w:r>
    </w:p>
    <w:p>
      <w:r>
        <w:t>Forma: Uznesenie</w:t>
      </w:r>
    </w:p>
    <w:p>
      <w:pPr>
        <w:pStyle w:val="Heading2"/>
      </w:pPr>
      <w:r>
        <w:t>Text rozhodnutia</w:t>
      </w:r>
    </w:p>
    <w:p>
      <w:r>
        <w:t>Súd: Krajský súd Prešov Spisová značka: 1Sd/96/2015 Identifikačné číslo súdneho spisu: 8015201190 Dátum vydania rozhodnutia: 14. 04. 2016 Meno a priezvisko sudcu, VSÚ: JUDr. Viera Zoľáková ECLI: ECLI:SK:KSPO:2016:8015201190.1 Uznesenie Krajský súd v Prešove v právnej veci navrhovateľky D. U., bytom v R. č. XXX, proti odporkyni Sociálnej poisťovni, ústredie v Bratislave, Ul. 29. augusta č. 8, v spore o invalidný dôchodok rozhodol r o z h o d o l : Súd konanie z a s t a v u j e . Ž i a d e n z účastníkov n e m á právo na náhradu trov konania. o d ô v o d n e n i e : Opravným prostriedkom zo dňa 14. augusta 2015 sa navrhovateľka domáhala preskúmania rozhodnutia odporkyne zo dňa 20. júla 2015 č. 696 126 8666 0. Zmenovým rozhodnutím zo dňa 28. januára 2016, č. 696 4126 8666 0 - I. odporkyňa zrušila svoje rozhodnutie zo dňa 20. júla 2015 a vyhovela opravnému prostriedku navrhovateľky v plnom rozsahu. Podľa ustanovenia § 250o O.s.p., ak správny orgán ktorého rozhodnutie súd preskúmava, vydá nové rozhodnutie, ktorým návrhu celkom vyhovie, súd uznesením konanie zastaví. V danom prípade odporkyňa vyhovela opravnému prostriedku navrhovateľa v celom rozsahu, a preto súd konanie zastavil. O náhrade trov konania krajský súd rozhodol podľa § 146 ods. 1 písm. c/ O.s.p. v spojení s § 246c/ O.s.p., pretože žiaden z účastníkov nemá právo na náhradu trov konania podľa jeho výsledku, ak konanie bolo zastavené. Poučenie: Proti tomuto uzneseniu je prípustné odvolanie do 15 dní odo dňa jeho doru- čenia na Najvyšší súd SR v Bratislave prostredníctvom Krajského súdu v Prešove, a to písomne v dvoch vyhotoveniach.</w:t>
      </w:r>
    </w:p>
    <w:p/>
    <w:p>
      <w:r>
        <w:t>Zdroj: KAUZIS.SK – https://www.kauzis.sk/judikatura/r/ECLI:SK:KSPO:2016:8015201190.1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