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1S/10/2016 z 15. 8. 2016</w:t>
      </w:r>
    </w:p>
    <w:p>
      <w:r>
        <w:t>Uznesenie Krajského súdu Prešov z 15. augusta 2016, sp. zn. 1S/10/2016, ECLI:SK:KSPO:2016:8016200214.3</w:t>
      </w:r>
    </w:p>
    <w:p>
      <w:r>
        <w:t>Súd: Krajský súd Prešov</w:t>
      </w:r>
    </w:p>
    <w:p>
      <w:r>
        <w:t>Spisová značka: 1S/10/2016</w:t>
      </w:r>
    </w:p>
    <w:p>
      <w:r>
        <w:t>ECLI: ECLI:SK:KSPO:2016:8016200214.3</w:t>
      </w:r>
    </w:p>
    <w:p>
      <w:r>
        <w:t>Dátum vydania: 15. 8. 2016</w:t>
      </w:r>
    </w:p>
    <w:p>
      <w:r>
        <w:t>Forma: Uznesenie</w:t>
      </w:r>
    </w:p>
    <w:p>
      <w:pPr>
        <w:pStyle w:val="Heading2"/>
      </w:pPr>
      <w:r>
        <w:t>Text rozhodnutia</w:t>
      </w:r>
    </w:p>
    <w:p>
      <w:r>
        <w:t>Súd: Krajský súd Prešov Spisová značka: 1S/10/2016 Identifikačné číslo súdneho spisu: 8016200214 Dátum vydania rozhodnutia: 16. 08. 2016 Meno a priezvisko sudcu, VSÚ: Mgr. Magdaléna Želinská ECLI: ECLI:SK:KSPO:2016:8016200214.3 Uznesenie Krajský súd v Prešove v právnej veci žalobcu HYDINA SK s.r.o., so sídlom v Kežmarku, Slavkovská cesta 54/1468, IČO: 46 645 454, zastúpeného JUDr. Alenou Rudohradskou, advokátkou so sídlom v Košiciach, Moldavská 8, proti žalovanému Finančnému riaditeľstvu Slovenskej republiky, so sídlom v Banskej Bystrici, Lazovná 63, o preskúmanie zákonnosti rozhodnutia žalovaného zo dňa 19.01.2016 č. 51921/2016 na základe žaloby takto r o z h o d o l : Konanie z a s t a v u j e. Žalobca m á p r á v o na úplnú náhradu trov konania. o d ô v o d n e n i e : 1. Žalobou zo dňa 15.03.2016 (súdu doručená 22.03.2016) sa žalobca domáhal preskúmania zákonnosti rozhodnutia žalovaného č. 51921/2016 zo dňa 19.01.2016, ktorým bolo potvrdené rozhodnutie Daňového úradu Prešov č. 20952694/2015 zo dňa 09.10.2015. Prvostupňovým rozhodnutím bolo žalobcovi uložené predbežné opatrenie na zabezpečenie účelu prebiehajúcej daňovej kontroly na zistenie oprávnenosti nároku na vrátenie nadmerného odpočtu alebo jeho časti za zdaňovacie obdobie december 2013 v rozsahu nevyhnutne potrebnom, spočívajúce v nenakladaní s majetkom určeným vo výroku rozhodnutia. Žalobca navrhol napadnuté rozhodnutie v spojení s rozhodnutím prvostupňového správneho orgánu zrušiť a vec vrátiť žalovanému na ďalšie konanie. Zároveň si uplatnil náhradu trov konania. 2. Žalovaný vo vyjadrení k podanej žalobe na výzvu súdu uviedol, že v predmetnej veci došlo postupom v zmysle § 77 zákona č. 563/2009 Z.z. Daňového poriadku k zrušeniu napadnutého rozhodnutia žalovaného zo dňa 19.01.2016. K vyjadreniu žalovaný pripojil fotokópiu rozhodnutia zo dňa 16.05.2016 č. 774520/2016, ktorým žalovaný zrušil rozhodnutie Finančného riaditeľstva Slovenskej republiky zo dňa 19.01.2016 č. 51921/2016. Zároveň žalovaný pripojil fotokópiu poštovej doručenky preukazujúcej, že toto rozhodnutie žalovaného bolo žalobcovi doručené dňa 31.5.2016. 3. Podľa § 2 ods. 1 zákona č. 162/2015 Z.z. Správneho súdneho poriadku (ďalej len S.s.p.) v správnom súdnictve poskytuje správny súd ochranu právam alebo právom chráneným záujmom fyzickej osoby a právnickej osoby v oblasti verejnej správy a rozhoduje v ďalších veciach ustanovených týmto zákonom. 4. Podľa § 177 ods. 1 S.s.p. správnou žalobou sa žalobca môže domáhať ochrany svojich subjektívnych práv proti rozhodnutiu orgánu verejnej správy alebo opatreniu orgánu verejnej správy. 5. Podľa § 180 ods. 2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6. Na to, aby sa mohla fyzická osoba, resp. právnická osoba úspešne domáhať ochrany svojich práv pred súdom v zmysle príslušných procesných ustanovení S.s.p., zákona upravujúceho postup správneho súdu pri prejednávaní správnych žalôb proti rozhodnutiam a opatreniam správnych orgánov, je potrebné splnenie konkrétnych zákonných podmienok. Jednou z takýchto podmienok je existencia rozhodnutia správneho orgánu, ktoré je spôsobilým predmetom súdneho preskúmania. 7. Z vyjadrenia žalovaného bezpochyby vyplýva, že žalobou napadnuté rozhodnutie žalovaného bolo zrušené samotným žalovaným správnym orgánom, pričom toto zrušujúce rozhodnutie zo dňa 16.05.2016 nadobudlo právoplatnosť a vykonateľnosť dňa 31.05.2016. 8. Podľa § 97 S.s.p. ak tento zákon neustanovuje inak, správny súd kedykoľvek počas konania prihliada na to, či sú splnené podmienky, za ktorých môže správny súd konať a rozhodnúť (ďalej len "procesné podmienky"). 9. Podľa § 99 písm. b/ S.s.p. správny súd konanie uznesením zastaví, ak zistil taký nedostatok procesnej podmienky konania, ktorý nemožno odstrániť, a nebol dôvod na odmietnutie žaloby podľa § 98 ods. 1. 10. Z tu uvedených skutočností a vyjadrenia žalovaného má súd jednoznačne za preukázané, že v tomto konaní nie je splnená jedna zo základných podmienok konania, a to existencia rozhodnutia druhostupňového správneho orgánu, keďže to bolo v čase po podaní žaloby zrušené priamo žalovaným. 11. Keďže ide o taký nedostatok podmienky konania, ktorý nemožno odstrániť, súd preto v súlade s § 99 písm. b/ S.s.p. konanie zastavil. 12. Vzhľadom na skutočnosť, že žaloba bola zo strany žalobcu podaná dôvodne a zo strany žalovaného došlo v čase po podaní žaloby z zrušeniu svojho rozhodnutia napadnutého žalobou, súd rozhodol o trovách konania v súlade s § 167 ods. 1 v spojení s § 171 S.s.p. s tak, že priznal žalobcovi úplnú náhradu trov konania. 13. O výške náhrady trov konania rozhodne správny súd po právoplatnosti rozhodnutia, ktorým sa konanie končí, samostatným uznesením, ktoré vydá súdny úradník (§ 175 ods. 2 S.s.p.). 14. Toto rozhodnutie prijal senát krajského súdu v pomere hlasov 3 : 0. Poučenie: Proti tomuto uzneseniu je prípustná kasačná sťažnosť v lehote jedného mesiaca od doručenia rozhodnutia (§ 443 ods. 1 S.s.p.) na Najvyšší súd Slovenskej republiky prostredníctvom Krajského súdu v Prešove, a to písomne v dvoch vyhotoveniach. V kasačnej sťažnosti sa musí popri všeobecných náležitostiach (§ 57 ods. 1, 2 S.s.p.) uviesť označenie napadnutého rozhodnutia, údaj, kedy napadnuté rozhodnutie bolo sťažovateľovi doručené, opísanie rozhodujúcich skutočností, aby bolo zrejmé, v akom rozsahu a z akých dôvodov podľa § 440 S.s.p. sa podáva a návrh výroku rozhodnutia. Sťažovateľ musí byť v konaní o kasačnej sťažnosti zastúpený advokátom (§ 449 ods. 1 S.s.p.). Kasačná sťažnosť a iné podania sťažovateľa alebo opomenutého sťažovateľa musia byť spísané advokátom, okrem prípadov podľa § 449 ods. 2 S.s.p.</w:t>
      </w:r>
    </w:p>
    <w:p/>
    <w:p>
      <w:r>
        <w:t>Zdroj: KAUZIS.SK – https://www.kauzis.sk/judikatura/r/ECLI:SK:KSPO:2016:8016200214.3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