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5Sd/21/2016 z 27. 7. 2016</w:t>
      </w:r>
    </w:p>
    <w:p>
      <w:r>
        <w:t>Uznesenie Krajského súdu Prešov z 27. júla 2016, sp. zn. 5Sd/21/2016, ECLI:SK:KSPO:2016:8016200225.2</w:t>
      </w:r>
    </w:p>
    <w:p>
      <w:r>
        <w:t>Súd: Krajský súd Prešov</w:t>
      </w:r>
    </w:p>
    <w:p>
      <w:r>
        <w:t>Spisová značka: 5Sd/21/2016</w:t>
      </w:r>
    </w:p>
    <w:p>
      <w:r>
        <w:t>ECLI: ECLI:SK:KSPO:2016:8016200225.2</w:t>
      </w:r>
    </w:p>
    <w:p>
      <w:r>
        <w:t>Dátum vydania: 27. 7. 2016</w:t>
      </w:r>
    </w:p>
    <w:p>
      <w:r>
        <w:t>Forma: Uznesenie</w:t>
      </w:r>
    </w:p>
    <w:p>
      <w:pPr>
        <w:pStyle w:val="Heading2"/>
      </w:pPr>
      <w:r>
        <w:t>Text rozhodnutia</w:t>
      </w:r>
    </w:p>
    <w:p>
      <w:r>
        <w:t>Súd: Krajský súd Prešov Spisová značka: 5Sd/21/2016 Identifikačné číslo súdneho spisu: 8016200225 Dátum vydania rozhodnutia: 28. 07. 2016 Meno a priezvisko sudcu, VSÚ: JUDr. Ľuboslava Mruškovičová ECLI: ECLI:SK:KSPO:2016:8016200225.2 Uznesenie Krajský súd v Prešove v právnej veci navrhovateľky G. H., bytom U. T. č. XXX, proti odporkyni Sociálnej poisťovni, ústredie so sídlom v Bratislave, ul. 29. augusta 8, o preskúmanie rozhodnutia odporkyne zo dňa 21. januára 2016 číslo: XXX XXX XXXX 0, takto r o z h o d o l : Konanie z a s t a v u j e . Ž i a d e n z účastníkov n e m á právo na náhradu trov konania. o d ô v o d n e n i e : Opravným prostriedkom došlým do ústredia odporkyne dňa 2. februára 2016 ( súdu doručeným dňa 30. marca 2016 ) sa navrhovateľka domáhala preskúmania rozhodnutia odporkyne zo dňa 21. januára 2016 č. XXX XXX XXXX 0, ktorým bola podľa § 70 ods. 1 zákona č. 461/2003 Z.z. o sociálnom poistení navrhovateľke zamietnutá žiadosť o invalidný dôchodok. Podaním zo dňa 2. júna 2016 navrhovateľka vzala opravný prostriedok späť a navrhla konanie zastaviť. Podľa § 491 ods. 1 zákona č. 162/2015 Z. z. Správneho súdneho poriadku (ďalej len S.s.p.), t.j. podľa procesného právneho predpisu upravujúceho postup správnych súdov v konaní, účinného od 01. júla 2016, ak nie je ďalej ustanovené inak, platí tento zákon aj na konania začaté podľa piatej časti Občianskeho súdneho poriadku predo dňom nadobudnutia jeho účinnosti. Podľa § 492 ods. 1 S.s.p. konania podľa tretej hlavy piatej časti Občianskeho súdneho poriadku začaté predo dňom nadobudnutia účinnosti tohto zákona sa dokončia podľa doterajších predpisov. V danom prípade sa konanie začalo podľa piatej časti Občianskeho súdneho poriadku pred účinnosťou S.s.p. ( pred 01. júlom 2016 ), preto sa dokončí podľa doterajších predpisov. Preskúmavanie neprávoplatných rozhodnutí správnych orgánov upravuje tretia hlava piatej časti zákona č. 99/1963 Zb. Občianskeho súdneho poriadku (ďalej len O.s.p.), účinného do 30. júna 2016. Podľa § 250l ods. 2 O.s.p. pokiaľ v tretej hlave piatej časti O.s.p. nie je ustanovené inak, použijú sa pre konanie o opravných prostriedkoch proti rozhodnutiam správnych orgánov primerane ustanovenia druhej hlavy s výnimkou § 250a. Pretože tretia hlava piatej časti O.s.p. neobsahuje osobitné ustanovenia o postupe súdu v prípade späťvzatia návrhu, bolo potrebné konanie zastaviť podľa § 250d ods. 3 O.s.p. Podľa § 250d ods. 3 v spojení s § 250l ods. 2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 uvedených dôvodov krajský súd konanie zastavil. O náhrade trov konania rozhodol podľa § 146 ods. 1 písm. c/ v spojení s § 246c/ ods. 1 O.s.p., podľa ktorého žiaden z účastníkov nemá právo na náhradu trov konania podľa jeho výsledku, ak konanie bolo zastavené. Poučenie: Proti tomuto uzneseniu je prípustné odvolanie v lehote 15 dní odo dňa jeho doručenia na Najvyšší súd Slovenskej republiky v Bratislave, prostredníctvom Krajského súdu v Prešove, a to písomne v dvoch vyhotoveniach. V odvolaní sa má popri všeobecných náležitostiach (§ 42 ods. 3 O.s.p.)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https://www.kauzis.sk/judikatura/r/ECLI:SK:KSPO:2016:8016200225.2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