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2Sd/30/2016 z 16. 6. 2016</w:t>
      </w:r>
    </w:p>
    <w:p>
      <w:r>
        <w:t>Uznesenie Krajského súdu Prešov z 16. júna 2016, sp. zn. 2Sd/30/2016, ECLI:SK:KSPO:2016:8016200345.1</w:t>
      </w:r>
    </w:p>
    <w:p>
      <w:r>
        <w:t>Súd: Krajský súd Prešov</w:t>
      </w:r>
    </w:p>
    <w:p>
      <w:r>
        <w:t>Spisová značka: 2Sd/30/2016</w:t>
      </w:r>
    </w:p>
    <w:p>
      <w:r>
        <w:t>ECLI: ECLI:SK:KSPO:2016:8016200345.1</w:t>
      </w:r>
    </w:p>
    <w:p>
      <w:r>
        <w:t>Dátum vydania: 16.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Prešov Spisová značka: 2Sd/30/2016 Identifikačné číslo súdneho spisu: 8016200345 Dátum vydania rozhodnutia: 17. 06. 2016 Meno a priezvisko sudcu, VSÚ: JUDr. Katarína Morozová Nemcová ECLI: ECLI:SK:KSPO:2016:8016200345.1 Uznesenie Krajský súd v Prešove v právnej veci navrhovateľa Y. W., r.č. XX XX XX XXXX, trvale bytom XXX XX D. XXX, proti odporkyni Sociálnej poisťovni v Bratislave, ul. 29. augusta č. 8, 813 63 Bratislava, o invalidný dôchodok takto r o z h o d o l : Konanie z a s t a v u j e . Žiaden z účastníkov n e m á právo na náhradu trov konania. o d ô v o d n e n i e : Opravným prostriedkom zo dňa 14.03.2016 sa navrhovateľ domáhal preskúmania rozhodnutia odporkyne zo dňa 03.02.2016 č. XXX XXX XXXX 0, ktorým mu bol podľa m01511.2015- V 1924/15/Ka zod pu 060 01 Kežmarok, o 16/A, 061 01 Kežmarok eľká ______________________________________________ § 73 a § 112 ods. 4 a 6 zákona č. 461/2003 Z.z. o sociálnom postení v znížený invalidný dôchodok na sumu 237,10 Eur mesačne. Odporkyňa na základe včas podaného opravného prostriedku znovu posúdila mieru poklesu schopnosti vykonávať zárobkovú činnosť u navrhovateľa a ako vyplýva z lekárskej správy zo dňa 03. mája 2016 miera poklesu schopnosti vykonávať zárobkovú činnosť u navrhovateľa bola stanovená na 75% od 21.01.2016. Podľa § 250o O.s.p., ak správny orgán, ktorého rozhodnutie súd preskúmava vydá nové rozhodnutie, ktorým návrhu v celom rozsahu vyhovie, súd uznesením konanie zastaví. V danej veci bolo navrhovateľovi plne vyhovené novým rozhodnutím zo dňa 27.05.2016 č. XXX XXX XXXX 0, preto súd v súlade s hore citovaným zákonným ustanovením konanie zastavuje. O náhrade trov konania krajský súd rozhodol podľa § 146 ods. 1 písm. c) O.s.p. v spojení s ustanovením § 246c/ O.s.p., podľa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Prešove a to písomne v dvoch vyhotoveniach. V odvolaní sa má popri všeobecných náležitostiach ( § 42 ods. 3 O.s.p.) uviesť, proti ktorému rozhodnutiu smeruje, v akom rozsahu sa napáda, v čom sa toto rozhodnutie alebo postup súdu považuje za nesprávny, a čoho sa odvolateľ domáha, teda ako navrhuje, aby vo veci rozhodol odvolací súd.</w:t>
      </w:r>
    </w:p>
    <w:p/>
    <w:p>
      <w:r>
        <w:t>Zdroj: KAUZIS.SK – https://www.kauzis.sk/judikatura/r/ECLI:SK:KSPO:2016:8016200345.1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