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Dopĺňací rozsudok Krajského súdu Prešov sp. zn. 20CoPr/3/2015 z 27. 1. 2016</w:t>
      </w:r>
    </w:p>
    <w:p>
      <w:r>
        <w:t>Dopĺňací rozsudok Krajského súdu Prešov z 27. januára 2016, sp. zn. 20CoPr/3/2015, ECLI:SK:KSPO:2016:8114201208.3</w:t>
      </w:r>
    </w:p>
    <w:p>
      <w:r>
        <w:t>Súd: Krajský súd Prešov</w:t>
      </w:r>
    </w:p>
    <w:p>
      <w:r>
        <w:t>Spisová značka: 20CoPr/3/2015</w:t>
      </w:r>
    </w:p>
    <w:p>
      <w:r>
        <w:t>ECLI: ECLI:SK:KSPO:2016:8114201208.3</w:t>
      </w:r>
    </w:p>
    <w:p>
      <w:r>
        <w:t>Dátum vydania: 27. 1. 2016</w:t>
      </w:r>
    </w:p>
    <w:p>
      <w:r>
        <w:t>Forma: Dopĺňací rozsudok</w:t>
      </w:r>
    </w:p>
    <w:p>
      <w:r>
        <w:t>Oblasť práva: Občianske právo</w:t>
      </w:r>
    </w:p>
    <w:p>
      <w:pPr>
        <w:pStyle w:val="Heading2"/>
      </w:pPr>
      <w:r>
        <w:t>Text rozhodnutia</w:t>
      </w:r>
    </w:p>
    <w:p>
      <w:r>
        <w:t>Súd: Krajský súd Prešov Spisová značka: 20CoPr/3/2015 Identifikačné číslo súdneho spisu: 8114201208 Dátum vydania rozhodnutia: 28. 01. 2016 Meno a priezvisko sudcu, VSÚ: JUDr. Michal Boroň ECLI: ECLI:SK:KSPO:2016:8114201208.3 DOPĹŇACÍ ROZSUDOK V MENE SLOVENSKEJ REPUBLIKY Krajský súd v Prešove v senáte zloženom z predsedu senátu JUDr. Michala Boroňa a sudcov JUDr. Antónie Kandravej a JUDr. Elišky Wagshalovej v právnej veci žalobcu G. V., nar. X. X. XXXX, bytom O. XXX, XXX XX O., právne zast. Mgr. Marcelom Kandrikom, so sídlom Grešova 7, 080 01 Prešov, proti žalovanému Poľnohospodárske družstvo so sídlom v Jarovniciach, so sídlom Jarovnice 507, 082 63 Jarovnice, IČO: 00 200 522, právne zast. JUDr. Ivanom Jurčišínom, advokátom so sídlom Mlynská 26, 040 01 Košice, v konaní o neplatnosť okamžitého skončenia pracovného pomeru, o odvolaní žalobcu proti rozsudku Okresného súdu Prešov č. k. 7Cpr 1/2014-111 zo dňa 21. 5. 2015 takto jednohlasne r o z h o d o l : Rozsudok Krajského súdu v Prešove zo dňa 19. 11. 2015 č. k. 20CoPr 3/2015 sa d o p ĺ ň a takto: "Zrušuje sa rozsudok vo výroku o zamietnutí žaloby v prevyšujúcej časti a vo výroku o trovách konania vo vzťahu k nároku na náhradu mzdy a v rozsahu zrušenia sa vec vracia prvostupňovému súdu na ďalšie konanie." o d ô v o d n e n i e : Žalobca sa svojou žalobou domáhal určenia neplatnosti okamžitého skončenia pracovného pomeru zo strany žalovaného zo dňa 21. 11. 2013 s tým, že pracovný pomer trvá. Zároveň touto žalobou sa žalobca domáhal uloženia povinnosti žalovanému zaplatiť žalobcovi náhradu mzdy a náhradu trov konania, všetko v lehote do 3 dní od právoplatnosti tohto rozsudku (č. l. 2 spisu + č. l. 10 spisu a č. l. 14 spisu). Prvostupňový súd žalobu žalobcu zamietol a zaviazal žalobcu k povinnosti nahradiť žalovanému trovy právneho zastúpenia, tieto na účet jeho právneho zástupcu vo výške 1.084,14 Eur do 3 dní od právoplatnosti rozsudku. Proti rozsudku podal včas odvolanie žalobca. Odvolací súd na pojednávaní dňa 19. 11. 2015 zmeňujúcim rozsudkom určil, že okamžité skončenie pracovného pomeru zo strany žalovaného zo dňa 21. 11. 2013 je neplatné a pracovný pomer trvá a zaviazal žalovaného k povinnosti nahradiť žalobcovi trovy konania vo výške vyčíslenej v písomnom vyhotovení rozsudku na účet jeho právneho zástupcu Mgr. Marcela Kandrika do 15 dní od právoplatnosti tohto rozsudku. Z uvedeného je zrejmé, že odvolací súd dňa 19. 11. 2015 nerozhodol o uplatnenom nároku žalobcu na náhradu mzdy. Podľa § 166 ods. 1 O.s.p. ak nerozhodol súd v rozsudku o niektorej časti predmetu konania, o trovách konania alebo o predbežnej vykonateľnosti, môže účastník do pätnástich dní od doručenia rozsudku navrhnúť jeho doplnenie. Súd môže rozsudok, ktorý nenadobudol právoplatnosť, doplniť aj bez návrhu. Podľa § 166 ods. 2 O.s.p. o návrhu na doplnenie rozsudku súd rozhodne do 30 dní od jeho podania. Doplnenie urobí súd dopĺňacím rozsudkom, pre ktorý platia obdobne ustanovenia o rozsudku. Ak súd nevyhovie návrhu účastníka na doplnenie rozsudku, uznesením návrh zamietne. Z uvedeného je teda zrejmé, že odvolací súd nerozhodol o celom predmete konania, a preto bolo opodstatnené postupom vyplývajúcim z ust. § 166 O.s.p. doplniť vyhlásený rozsudok zo dňa 19. 11. 2015 o výrok „zrušuje sa rozsudok vo výroku o zamietnutí žaloby v prevyšujúcej časti a vo výroku o trovách konania vo vzťahu k nároku na náhradu mzdy a v rozsahu zrušenia sa vec vracia prvostupňovému súdu na ďalšie konanie“. Poučenie: Proti tomuto dopĺňaciemu rozsudku odvolanie nie je prípustné.</w:t>
      </w:r>
    </w:p>
    <w:p/>
    <w:p>
      <w:r>
        <w:t>Zdroj: KAUZIS.SK – https://www.kauzis.sk/judikatura/r/ECLI:SK:KSPO:2016:8114201208.3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