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15Co/321/2015 z 28. 2. 2016</w:t>
      </w:r>
    </w:p>
    <w:p>
      <w:r>
        <w:t>Uznesenie Krajského súdu Prešov z 28. februára 2016, sp. zn. 15Co/321/2015, ECLI:SK:KSPO:2016:8314207257.2</w:t>
      </w:r>
    </w:p>
    <w:p>
      <w:r>
        <w:t>Súd: Krajský súd Prešov</w:t>
      </w:r>
    </w:p>
    <w:p>
      <w:r>
        <w:t>Spisová značka: 15Co/321/2015</w:t>
      </w:r>
    </w:p>
    <w:p>
      <w:r>
        <w:t>ECLI: ECLI:SK:KSPO:2016:8314207257.2</w:t>
      </w:r>
    </w:p>
    <w:p>
      <w:r>
        <w:t>Dátum vydania: 28. 2. 2016</w:t>
      </w:r>
    </w:p>
    <w:p>
      <w:r>
        <w:t>Forma: Uznesenie</w:t>
      </w:r>
    </w:p>
    <w:p>
      <w:pPr>
        <w:pStyle w:val="Heading2"/>
      </w:pPr>
      <w:r>
        <w:t>Text rozhodnutia</w:t>
      </w:r>
    </w:p>
    <w:p>
      <w:r>
        <w:t>Súd: Krajský súd Prešov Spisová značka: 15Co/321/2015 Identifikačné číslo súdneho spisu: 8314207257 Dátum vydania rozhodnutia: 29. 02. 2016 Meno a priezvisko sudcu, VSÚ: JUDr. Anna Ilčinová ECLI: ECLI:SK:KSPO:2016:8314207257.2 Uznesenie Krajský súd v Prešove v právnej veci žalobcu P. E. D., W.., Q. XX, XXX XX I., H.: XX XXX XXX, právne zast. advonconsulting, s.r.o., Tamaškovičová 17/2742, 917 01 Trnava, IČO: 47 253 428 proti žalovaným 1. B. O., nar. XX.XX.XXXX, bytom T. B. XX, 2. U. O., nar.XX.XX.XXXX, T. B. XX, obaja zastúpení zákonným zástupcom matkou A. O., bytom T. B. XX a 3. P. O., nar. XX.XX.XXXX, bytom V. X. XXX/XXX, E. O. - P., zastúpeného zákonným zástupcom matkou H. U., bytom, V. X. XXX/XXX, E. O. - P., konaní o zaplatenie 372,42 Eur s prísl., o odvolaní žalobcu proti rozsudku Okresného súdu Humenné č.k. 18C 39/2015-72 zo dňa 16.06.2015 takto r o z h o d o l : I. Pripúšťa späťvzatie žaloby, zrušuje rozsudok súdu prvého stupňa a konanie zastavuje. II. Žalovaným náhradu trov konania n e p r i z n á v a o d ô v o d n e n i e : Napadnutým rozsudkom Okresný súd Humenné (ďalej len ,,súd prvého stupňa“) žalobu zamietol a žalovanému náhradu trov konania nepriznal. Proti tomuto rozsudku podal v zákonom stanovenej lehote odvolanie žalobca. Navrhol, aby odvolací súd napadnutý rozsudok zmenil tak, že žalobe vyhovie alebo rozsudok zruší a vec vráti súdu prvého stupňa na ďalšie konanie. Pri doručovaní rozsudku žalovanému bolo zistené, že žalovaný dňa 18.09.2015 zomrel. Na výzvu odvolacieho súdu notár prejednávajuci dedičskú vec po žalovanom ako poručiteľovi oznámil dedičov prichádzajúcich do úvahy v I. zákonnej dedičskej skupine dcéru B. O., nar. XX.XX.XXXX a synov U. O., nar.XX.XX.XXXX a P. O., nar.XX.XX.XXXX. Podaním zo dňa 24.02.2016 vzal žalobca žalobu vzhľadom na úmrtie žalovaného v celom rozsahu späť a navrhol konanie zastaviť a rozhodnúť o vrátení súdneho poplatku za odvolanie. Pretože odvolací súd nerozhodoval vo veci samej, preskúmal vec bez nariadenia odvolacieho pojednávania (§ 214 ods. 2 zákona č. 99/1963 Zb. Občianskeho súdneho poriadku (ďalej len „O.s.p.“)) a dospel k záveru, že došlo k účinnému späťvzatiu žaloby. Podľa ust.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 prípade, že súdu dôjde podanie, ktorým žalobca berie žalobu späť po rozhodnutí vo veci súdu prvého stupňa a toto rozhodnutie ešte nenadobudlo právoplatnosť, je odvolací súd oprávnený skúmať len to, či takýto prejav vôle urobil účastník, ktorý predtým návrh podal (žalobca) a či z hľadiska obsahu sa jedná skutočne o späťvzatie žaloby. Pokiaľ sú tieto podmienky splnené a druhý účastník (žalovaný) neprejavil so späťvzatím nesúhlas, odvolací súd musí v zmysle dispozičnej zásady postupovať podľa citovaného ustanovenia § 208 O.s.p.. Žalobca vzal svoju žalobu späť po tom, čo súd prvého stupňa vo veci rozhodol, ale jeho rozhodnutie nebolo právoplatné. S ohľadom na uvedený procesný úkon žalobcu a tiež na to, že žalovaní nevyjadrili nesúhlas so späťvzatím žaloby, odvolací súd späťvzatie žaloby pripustil, zrušil rozsudok súdu prvého stupňa a konanie zastavil. O trovách prvostupňového a odvolacieho konania rozhodol odvolací súd v súlade s ust. § 224 ods. 1 O.s.p. v spojení s ust. § 146 ods. 2 veta prvá O.s.p.. Dôvodom tohto rozhodnutia bola skutočnosť, že žalobca procesne zavinil späťvzatím žaloby zastavenie konania a žalovaní si náhradu trov konania neuplatnili, žiadne trovy konania im zo spisu nevyplývajú. Toto rozhodnutie prijal senát Krajského súdu v Prešove v pomere hlasov 3 : 0 (§ 3 ods. 9 zák. č.757/2004 Z. z. o súdoch). Poučenie: Proti tomuto uzneseniu odvolanie nie je prípustné.</w:t>
      </w:r>
    </w:p>
    <w:p/>
    <w:p>
      <w:r>
        <w:t>Zdroj: KAUZIS.SK – https://www.kauzis.sk/judikatura/r/ECLI:SK:KSPO:2016:8314207257.2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