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3CoE/35/2016 z 29. 8. 2016</w:t>
      </w:r>
    </w:p>
    <w:p>
      <w:r>
        <w:t>Uznesenie Krajského súdu Prešov z 29. augusta 2016, sp. zn. 3CoE/35/2016, ECLI:SK:KSPO:2016:8611208303.2</w:t>
      </w:r>
    </w:p>
    <w:p>
      <w:r>
        <w:t>Súd: Krajský súd Prešov</w:t>
      </w:r>
    </w:p>
    <w:p>
      <w:r>
        <w:t>Spisová značka: 3CoE/35/2016</w:t>
      </w:r>
    </w:p>
    <w:p>
      <w:r>
        <w:t>ECLI: ECLI:SK:KSPO:2016:8611208303.2</w:t>
      </w:r>
    </w:p>
    <w:p>
      <w:r>
        <w:t>Dátum vydania: 29. 8. 2016</w:t>
      </w:r>
    </w:p>
    <w:p>
      <w:r>
        <w:t>Forma: Uznesenie</w:t>
      </w:r>
    </w:p>
    <w:p>
      <w:pPr>
        <w:pStyle w:val="Heading2"/>
      </w:pPr>
      <w:r>
        <w:t>Text rozhodnutia</w:t>
      </w:r>
    </w:p>
    <w:p>
      <w:r>
        <w:t>Súd: Krajský súd Prešov Spisová značka: 3CoE/35/2016 Identifikačné číslo súdneho spisu: 8611208303 Dátum vydania rozhodnutia: 30. 08. 2016 Meno a priezvisko sudcu, VSÚ: JUDr. Eva Šofranková ECLI: ECLI:SK:KSPO:2016:8611208303.2 Uznesenie Krajský súd v Prešove v senáte zloženom z predsedníčky senátu JUDr. Evy Šofrankovej a členiek senátu JUDr. Antónie Kandravej a JUDr. Elišky Wagshalovej v exekučnej veci oprávneného Sociálna poisťovňa so sídlom v Bratislave, pobočka Svidník, Ul. Sov. hrdinov 121, Svidník, IČO : 30 807 484, proti povinnému V. K., nar. XX.XX.XXXX, N. K. X, o vymoženie 534,95 eura s príslušenstvom, o odvolaní povinného proti uzneseniu Okresného súdu Svidník č. k. 3Er 899/2011 - 22 zo dňa 19.09.2013 a proti uzneseniu č. k. 3Er 899/2011 - 25 zo dňa 19.09.2013 jednohlasne takto r o z h o d o l : O d m i e t a odvolanie povinného proti uzneseniu č. k. 3Er 899/2011 - 22 zo dňa 19.09.2013. O d m i e t a odvolanie povinného proti uzneseniu č. k. 3Er 899/2011 - 25 zo dňa 19.09.2013. o d ô v o d n e n i e : 1. Okresný súd Svidník (ďalej len „súd prvej inštancie“ alebo „exekučný súd“) napadnutým uznesením č. k. 3Er 899/2011 - 22 zo dňa 19.09.2013 zamietol námietky povinného proti exekúcii. Napadnutým uznesením č. k. 3Er 899/2011 - 25 zo dňa 19.09.2013 zamietol námietky povinného proti trovám exekúcie. 2. V zákonom stanovenej lehote podal proti uzneseniam odvolanie povinný. Namietal, že o námietkach rozhodoval vyšší súdny úradník, hoci mal rozhodovať sudca. Preto považoval rozhodnutia za nezákonné a predčasne vydané. 3. Krajský súd v Prešove (ďalej len „odvolací súd“) príslušný na rozhodnutie o odvolaní (§ 34 zákona č. 160/2015 Z.z. Civilného sporového poriadku účinného od 01.07.2016, ďalej len „CSP“), vzhľadom na včas podané odvolanie, preskúmal napadnuté rozhodnutie, ako aj konanie mu predchádzajúce v zmysle zásad vyplývajúcich z ust. § 379 a nasl. CSP, bez nariadenia pojednávania (§ 385 CSP a contrario) a dospel k záveru, že odvolanie je potrebné odmietnuť. 4.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9a ods. 1 Exekučného poriadku, ak to povaha veci nevylučuje, v konaní podľa tohto zákona sa primerane použijú ustanovenia Civilného sporového poriadku. Podľa § 355 ods. 2 CSP, proti uzneseniu súdu prvej inštancie je prípustné odvolanie, ak to zákon pripúšťa. Podľa § 386 písm. c) CSP, odvolací súd odmietne odvolanie, ak smeruje proti rozhodnutiu, proti ktorému nie je odvolanie prípustné. Podľa § 50 ods. 1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Podľa § 50 ods. 4 Exekučného poriadku, proti rozhodnutiu, ktorým sa vyhovelo námietkam, je prípustné odvolanie. Podľa § 201 ods. 2 Exekučného poriadku, účastník konania môže vzniesť u exekútora do 14 dní od doručenia upovedomenia o začatí exekúcie námietky proti trovám exekúcie. O námietkach rozhoduje súd (§ 45). Proti rozhodnutiu súdu o námietkach proti trovám exekúcie nie je prípustné odvolanie. 5. V prvom rade odvolací súd považuje za potrebné uviesť, že obe napadnuté uznesenia vydal zákonný sudca a nie vyšší súdny úradník. Odvolacia námietka povinného, ktorou namietal nezákonnosť vydaných rozhodnutí preto nebola dôvodná. 6. Napadnutým uznesením č. k. 3Er 899/2011 - 22 zo dňa 19.09.2013 súd zamietol námietky povinného proti exekúcii. Exekučný poriadok v ust. § 50 ani v inom ustanovení nestanovuje, že proti rozhodnutiu o zamietnutí námietok proti exekúcii je prípustné odvolanie. Odvolanie je prípustné iba v prípade, ak súd vyhovie námietkam proti exekúcii (expressis verbis § 50 ods. 4 Exekučného poriadku). Preto odvolanie proti rozhodnutiu o zamietnutí námietok proti exekúcií nie je prípustné (argumentum a contrario). 7. Vo vzťahu k zamietnutiu námietok povinného proti trovám exekúcie, o ktorých bolo rozhodnuté uznesením č. k. 3Er 899/2011 - 25 zo dňa 19.09.2013 odvolací súd poukazuje na ust. § 201 ods. 2 Exekučného poriadku, z ktorého priamo vyplýva, že proti rozhodnutiu súdu o námietkach proti trovám exekúcie nie je prípustné odvolanie. 8. Z dôvodu, že proti rozhodnutiu súdu o zamietnutí námietok proti exekúcii ani proti rozhodnutiu o zamietnutí námietok proti trovám exekúcie nie je odvolanie prípustné, odvolací súd postupom podľa ustanovenia § 386 písm. c) CSP odvolanie povinného odmietol. Z dôvodu rozhodnutia o podanom odvolaní z procesných dôvodov, vecnú správnosť napadnutých rozhodnutí odvolací súd neposudzoval. 9.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https://www.kauzis.sk/judikatura/r/ECLI:SK:KSPO:2016:8611208303.2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