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4Co/60/2016 z 22. 6. 2016</w:t>
      </w:r>
    </w:p>
    <w:p>
      <w:r>
        <w:t>Uznesenie Krajského súdu Prešov z 22. júna 2016, sp. zn. 4Co/60/2016, ECLI:SK:KSPO:2016:8613200828.2</w:t>
      </w:r>
    </w:p>
    <w:p>
      <w:r>
        <w:t>Súd: Krajský súd Prešov</w:t>
      </w:r>
    </w:p>
    <w:p>
      <w:r>
        <w:t>Spisová značka: 4Co/60/2016</w:t>
      </w:r>
    </w:p>
    <w:p>
      <w:r>
        <w:t>ECLI: ECLI:SK:KSPO:2016:8613200828.2</w:t>
      </w:r>
    </w:p>
    <w:p>
      <w:r>
        <w:t>Dátum vydania: 22. 6. 2016</w:t>
      </w:r>
    </w:p>
    <w:p>
      <w:r>
        <w:t>Forma: Uznesenie</w:t>
      </w:r>
    </w:p>
    <w:p>
      <w:r>
        <w:t>Oblasť práva: Občianske právo</w:t>
      </w:r>
    </w:p>
    <w:p>
      <w:pPr>
        <w:pStyle w:val="Heading2"/>
      </w:pPr>
      <w:r>
        <w:t>Text rozhodnutia</w:t>
      </w:r>
    </w:p>
    <w:p>
      <w:r>
        <w:t>Súd: Krajský súd Prešov Spisová značka: 4Co/60/2016 Identifikačné číslo súdneho spisu: 8613200828 Dátum vydania rozhodnutia: 23. 06. 2016 Meno a priezvisko sudcu, VSÚ: JUDr. Eva Šofranková ECLI: ECLI:SK:KSPO:2016:8613200828.2 Uznesenie Krajský súd v Prešove v právnej veci žalobcu: E. J., J., v zastúpení spoločnosťou BYHOS, s. r.o., so sídlom Mlynská 20, Stropkov, IČO: 331007, zastúpený advokátom JUDr. Marekom Bujdošom, so sídlom Hlinky 262/6, Stropkov, proti žalovaným 1. E. T., nar. XX. XX. XXX, bytom U. XXXX, J., 2. E. T., nar. XX. XX. XXXX, bytom U. XXXX, J., toho času N. R. XXX/XX, XXX XX F. - B., o vypratanie nehnuteľnosti, o odvolaní žalovanej v 2.rade proti uzneseniu Okresného súdu Svidník zo dňa 28. 12. 2015, č. k. 2C/33/2013-86 takto jednohlasne r o z h o d o l : Odvolanie žalovanej v 2. rade odmieta. Náhradu trov odvolacieho konania účastníkom nepriznáva. o d ô v o d n e n i e : Okresný súd Svidník (ďalej len súd prvého stupňa) napadnutým uznesením konanie zastavil z dôvodu späťvzatia žaloby žalobcom (§ 96 ods. 1, 2 O. s. p.) a vyslovil, že žiaden z účastníkov nemá právo na náhradu trov konania (§ 146 ods. 1 písm. c) O. s. p.). Proti uzneseniu podala odvolanie žalovaná v 2.rade. V dôvodoch odvolania uviedla, že verí v spravodlivý proces a obracia sa na súd, aby bola upovedomená o celom postupe zastavenia konania. Po predložení veci na rozhodnutie o odvolaní žalovanej v 2.rade sa odvolací súd bez nariadenia odvolacieho pojednávania (§ 214 ods. 2 O. s. p.) zaoberal otázkou včasnosti podaného odvolania. Podľa ust. § 204 ods. 1 O. s. p., odvolanie sa podáva do 15 dní od doručenia rozhodnutia na súde, proti rozhodnutiu ktorého smeruje. Ak bolo vydané opravné uznesenie, lehota plynie znovu od doručenia opravného uznesenia len v rozsahu vykonanej zmeny. Lehota je zachovaná, ak sa v posledný deň lehoty urobí úkon na súde alebo podanie odovzdá orgánu, ktorý má povinnosť ho doručiť (§ 57 ods. 3 O. s. p.). Do plynutia lehoty sa nezapočítava deň, keď došlo k skutočnosti určujúcej začiatok lehoty (§ 57 ods. 1 O. s. p.). Zo samotného odvolania žalovanej v 2.rade vyplýva, že jej bolo doručené uznesenie súdu prvého stupňa dňa 25. 01. 2016. Uznesenie obsahovalo riadne poučenie o tom, že odvolanie voči nemu je možné podať v lehote 15 dní odo dňa jeho doručenia. Nakoľko do plynutia lehoty sa nezapočítava deň, kedy došlo k skutočnosti určujúcej začiatok lehoty (t. j. v tomto prípade deň 25. 01. 2016), posledným dňom 15-dňovej lehoty, kedy ešte mohla žalovaná odvolanie podať bol utorok 09. 02. 2016 (pracovný deň). Žalovaná svoje odvolanie na pošte podala až do 10. 02. 2016, teda po uplynutí zákonom stanovenej lehoty - oneskorene. Oneskorené odvolanie podľa ust. § 218 ods. 1 písm. a) O. s. p. odvolací súd odmietne. Preto odvolací súd v zmysle uvedeného zákonného ustanovenia odvolanie žalovanej v 2.rade odmietol ako oneskorene podané. O trovách odvolacieho konania rozhodol odvolací súd v zmysle ust. § 142 ods. 1 a § 224 ods. 1 O. s. p.. Žalovaná v 2.rade v odvolacom konaní úspešná nebola a žalobcovi žiadne preukázateľné trovy konania nevznikli, a preto odvolací súd náhradu trov odvolacieho konania účastníkom nepriznal. Rozhodnutie bolo prijaté senátom Krajského súdu v Prešove v pomere hlasov 3 : 0. Poučenie: Proti tomuto uzneseniu odvolanie nie je prípustné.</w:t>
      </w:r>
    </w:p>
    <w:p/>
    <w:p>
      <w:r>
        <w:t>Zdroj: KAUZIS.SK – https://www.kauzis.sk/judikatura/r/ECLI:SK:KSPO:2016:8613200828.2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