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19Co/322/2015 z 20. 6. 2016</w:t>
      </w:r>
    </w:p>
    <w:p>
      <w:r>
        <w:t>Uznesenie Krajského súdu Prešov z 20. júna 2016, sp. zn. 19Co/322/2015, ECLI:SK:KSPO:2016:8614200367.1</w:t>
      </w:r>
    </w:p>
    <w:p>
      <w:r>
        <w:t>Súd: Krajský súd Prešov</w:t>
      </w:r>
    </w:p>
    <w:p>
      <w:r>
        <w:t>Spisová značka: 19Co/322/2015</w:t>
      </w:r>
    </w:p>
    <w:p>
      <w:r>
        <w:t>ECLI: ECLI:SK:KSPO:2016:8614200367.1</w:t>
      </w:r>
    </w:p>
    <w:p>
      <w:r>
        <w:t>Dátum vydania: 20. 6. 2016</w:t>
      </w:r>
    </w:p>
    <w:p>
      <w:r>
        <w:t>Forma: Uznesenie</w:t>
      </w:r>
    </w:p>
    <w:p>
      <w:r>
        <w:t>Oblasť práva: Občianske právo</w:t>
      </w:r>
    </w:p>
    <w:p>
      <w:pPr>
        <w:pStyle w:val="Heading2"/>
      </w:pPr>
      <w:r>
        <w:t>Text rozhodnutia</w:t>
      </w:r>
    </w:p>
    <w:p>
      <w:r>
        <w:t>Súd: Krajský súd Prešov Spisová značka: 19Co/322/2015 Identifikačné číslo súdneho spisu: 8614200367 Dátum vydania rozhodnutia: 21. 06. 2016 Meno a priezvisko sudcu, VSÚ: JUDr. Monika Jusková ECLI: ECLI:SK:KSPO:2016:8614200367.1 Uznesenie Krajský súd v Prešove v právnej veci žalobcu: C. A., nar. XX.XX.XXXX, bytom Z. XXX/X, XXX XX A., právne zastúpeného JUDr. Igorom Šafrankom, advokátom Advokátskej kancelárie so sídlom vo Svidníku, ul. Sov. hrdinov 163/66, proti žalovanému: Poštová Banka, a.s., Dvořákovo nábrežie 4, 811 02 Bratislava, IČO: 31 340 890, v konaní o návrhu na nariadenie predbežného opatrenia, o určenie neplatnosti dohody o zrážkach zo mzdy a o ochranu spotrebiteľa, o odvolaní žalobcu proti uzneseniu Okresného súdu Svidník č.k. 4C/20/2014-109 zo dňa 12.06.2015 takto r o z h o d o l : Zrušuje uznesenie a vracia vec súdu prvého stupňa na ďalšie konanie. o d ô v o d n e n i e : Okresný súd Svidník (ďalej len „súd prvého stupňa“) napadnutým uznesením pripustil vystúpenie z konania žalovaného Poštová Banka, a.s., Dvořákovo nábrežie 4, 811 02 Bratislava, IČO: 31 340 890, rozhodnúc taktiež, že pripúšťa vstup do konania na strane žalovaného INVEST-KAPITAL, a.s., so sídlom Hattalova 12/C, 831 03 Bratislava, IČO: 35 871 334. Súd prvého stupňa v dôvodoch, pre ktoré tak rozhodol, uviedol, že žalobca sa žalobou domáha určenia, že dohoda o zrážkach zo mzdy v zmluve č. XXXXXXXXXX zo dňa 12.11.2009, uzavretá medzi ním a žalovaným je neplatná. Žalovaný listom z 23.04.2014 súdu oznámil, že dňa 17.03.2014 bola uzavretá medzi ním ako postupcom a spoločnosťou INVEST-KAPITAL, a.s. zmluva o postúpení pohľadávky, predmetom ktorej bolo postúpenie pohľadávky ako aj práv a povinností postupcu voči žalobcovi, vyplývajúcej zo zmluvy o úvere č. XXXXXXXXXX. Vzhľadom na to, že po začatí konania nastala skutočnosť, s ktorou právne predpisy spájajú prevod práv alebo povinností zo zmluvy o úvere, žalovaný nie je v konaní ďalej pasívne vecne legitimovaný. Navrhol preto, aby súd pripustil zmenu účastníka konania na strane žalovaného. Súd prvého stupňa s poukazom na ustanovenie § 92 ods. 1, 2, 3, 4 O.s.p., konštatujúc, že na základe zmluvy o postúpení pohľadávok došlo k zmene označenia žalovaného, návrhu žalovaného na zmenu účastníka na strane žalovaného vyhovel konštatujúc, že so zmenou súhlasila aj spoločnosť INVEST- KAPITAL, a.s. V poučení súd prvého stupňa uviedol, že proti tomuto uzneseniu odvolanie nie je prípustné s odkazom na ustanovenie § 202 ods. 3 písm. a) (zrejme O.s.p. - pozn. odvolacieho súdu). Proti tomuto uzneseniu podal odvolanie žalobca z dôvodov, že súd prvého stupňa neúplne zistil skutkový stav veci a vec nesprávne právne posúdil. Uviedol, že sa domnieva, že je to žalobca, kto určuje, koho bude žalovať, nemôže o tom rozhodovať žalovaný. Ak žalobca žaluje subjekt, ktorý nemá pasívnu legitimáciu, súd žalobu zamietne. Navrhol preto, aby odvolací súd napadnuté uznesenie zrušil. Krajský súd v Prešove (ďalej len „odvolací súd“) príslušný na rozhodnutie o odvolaní podľa § 10 ods. 1 O.s.p. preskúmal odvolaním napadnuté uznesenie spolu s konaním, ktoré mu predchádzalo, vec prejednal bez nariadenia pojednávania v súlade s ustanovením § 214 ods. 2 O.s.p. a zistil, že odvolanie žalobcu je dôvodné. V prvom rade je potrebné uviesť, že súd prvého stupňa nesprávne postupoval, pokiaľ v napadnutom uznesení poučil účastníkov o tom, že voči jeho rozhodnutiu odvolanie nie je prípustné, majúc za to, že ide o uznesenie, ktorým sa upravuje vedenie konania. Rozhodnutie o zmene na strane účastníka konania v žiadnom prípade nie je rozhodnutím, ktorým sa upravuje vedenie konania. Ide o rozhodnutie, voči ktorému odvolanie je prípustné, pretože to zákon výslovne nevylučuje (§ 202 O.s.p.). Pri nesprávnom poučení súdu o tom, že odvolanie nie je prípustné, je možné podať odvolanie do troch mesiacov od doručenia (§ 204 ods. 2 veta druhá O.s.p.). Žalobcovi bolo napadnuté rozhodnutie súdu prvého stupňa doručené dňa 15.06.2015, odvolanie podal v lehote 15 dní, t.j. podal ho včas. Z obsahu spisu vyplýva, že žalobca sa domáhal určenia neplatnosti dohody o zrážkach zo mzdy v zmluve č. XXXXXXXXXX zo dňa 12.11.2009, ktorá bola uzavretá medzi žalobcom a žalovaným. Žalovaný súdu navrhol pripustenie zmeny účastníka na strane žalovaného z dôvodu, že medzi ním ako postupcom a spoločnosťou INVEST-KAPITAL, a.s. bola uzatvorená zmluva o postúpení pohľadávky zo zmluvy o úvere č. XXXXXXXXXX.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Podľa § 92 ods. 4 O.s.p., za súhlasu účastníkov môže súd pripustiť, aby navrhovateľ alebo odporca z konania vystúpil a aby na jeho miesto vstúpil niekto iný. Ak má byť takto zamenený navrhovateľ, treba, aby s tým súhlasil i ten, kto má na jeho miesto vstúpiť. Vychádzajúc z citovaného ustanovenia § 92 O.s.p. žalovaný nie je osobou oprávnenou k podaniu návrhu na zmenu účastníka na strane žalovaného. Takáto zmena by mohla nastať iba, ako je uvedené v ods. 4 § 92 O.s.p., za súhlasu účastníkov. Z obsahu spisu nevyplýva tento zákonný predpoklad, ak preto súd prvého stupňa pripustil, aby z konania vystúpil subjekt, ktorého ako žalovaného označil žalobca a pripustil vstup iného subjektu na strane žalovaného na základe návrhu toho žalovaného, ktorého v žalobe označil žalobca, jeho rozhodnutie nie je správne. Odvolací súd preto napadnuté uznesenie súdu prvého stupňa podľa § 221 ods. 1 písm. f) a h) O.s.p. zrušil a v zmysle ustanovenia § 221 ods. 2 O.s.p. vec vrátil súdu prvého stupňa na ďalšie konanie. Súd prvého stupňa, ktorý je viazaný právnym názorom odvolacieho súdu (§ 226 O.s.p.), v novom rozhodnutí opätovne rozhodne o návrhu žalovaného na zmenu účastníka konania procesným postupom vyplývajúcim z Občianskeho súdneho poriadku. Toto rozhodnutie prijal odvolací senát Krajského súdu v Prešove v pomere hlasov 3:0 (§ 3 ods. 9 Zákona č. 757/2004 Z.z. o súdoch). Poučenie: Proti tomuto uzneseniu odvolanie nie je prípustné.</w:t>
      </w:r>
    </w:p>
    <w:p/>
    <w:p>
      <w:r>
        <w:t>Zdroj: KAUZIS.SK – https://www.kauzis.sk/judikatura/r/ECLI:SK:KSPO:2016:8614200367.1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