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17Co/94/2016 z 7. 11. 2016</w:t>
      </w:r>
    </w:p>
    <w:p>
      <w:r>
        <w:t>Uznesenie Krajského súdu Prešov z 7. novembra 2016, sp. zn. 17Co/94/2016, ECLI:SK:KSPO:2016:8614204376.2</w:t>
      </w:r>
    </w:p>
    <w:p>
      <w:r>
        <w:t>Súd: Krajský súd Prešov</w:t>
      </w:r>
    </w:p>
    <w:p>
      <w:r>
        <w:t>Spisová značka: 17Co/94/2016</w:t>
      </w:r>
    </w:p>
    <w:p>
      <w:r>
        <w:t>ECLI: ECLI:SK:KSPO:2016:8614204376.2</w:t>
      </w:r>
    </w:p>
    <w:p>
      <w:r>
        <w:t>Dátum vydania: 7. 11. 2016</w:t>
      </w:r>
    </w:p>
    <w:p>
      <w:r>
        <w:t>Forma: Uznesenie</w:t>
      </w:r>
    </w:p>
    <w:p>
      <w:pPr>
        <w:pStyle w:val="Heading2"/>
      </w:pPr>
      <w:r>
        <w:t>Text rozhodnutia</w:t>
      </w:r>
    </w:p>
    <w:p>
      <w:r>
        <w:t>Súd: Krajský súd Prešov Spisová značka: 17Co/94/2016 Identifikačné číslo súdneho spisu: 8614204376 Dátum vydania rozhodnutia: 08. 11. 2016 Meno a priezvisko sudcu, VSÚ: JUDr. Jana Burešová ECLI: ECLI:SK:KSPO:2016:8614204376.2 Uznesenie Krajský súd v Prešove v senáte zloženom z predsedníčky senátu JUDr. Jany Burešovej a sudkýň JUDr. Moniky Juskovej a JUDr Gabriely Klenkovej, PhD., v spore žalobcov 1/ L. U., nar. X.X.XXXX, bytom E. XX, XXX XX D., 2/ X. U., nar. XX.X.XXXX, bytom D.L., XXX XX D., obaja zastúpení advokátom JUDr. Martinom Staroňom, AK so sídlom v Prešove, Hlavná 89, 080 01 Prešov proti žalovaným 1/ U. F., nar. XX.XX.XXXX, bytom XXX XX X. X. XX, 2/ I. K., nar. X.X.XXXX, bytom XXX XX E. XX, 3/ Poľovníckemu združeniu PZ Vlčie údolie so sídlom Soboš 30, Okrúhle 094 42, IČO 42 339 430, žalovaný v 3/ rade zastúpený advokátom JUDr. Ladislavom Lukáčom, so sídlom 080 01 Prešov, Hlavná 19, o neplatnosť právnych úkonov, o odvolaní žalobcov proti rozsudku Okresného súdu Svidník č.k. 2C/177/2014-76 zo dňa 01.02.2016, o späťvzatí žaloby žalobcami takto r o z h o d o l : Pripúšťa späťvzatie žaloby, zrušuje rozsudok súdu prvej inštancie č.k. 2C 177/2014-76 v spojení s opravným uznesením č.k. 2C 177/2014-90 a konanie zastavuje. Žalovaným v 1., 2. a 3. rade priznáva náhradu trov konania. o d ô v o d n e n i e : 1. Napadnutým rozsudkom prvoinštančný súd žalobu zamietol. Žalobcom v 1/ a 2/ rade uložil povinnosť spoločne a nerozdielne zaplatiť žalovanému v 3/ rade trovy konania v sume 667,70 eur na účet jeho právneho zástupcu JUDr. Ladislava Lukáča do 3 dní od právoplatnosti rozsudku. Žalovaným v 1/ a 2/ rade trovy konania nepriznal a rozhodol, že žalobcovia nemajú právo na ich náhradu. 2. Proti tomuto rozsudku v zákonom stanovenej lehote podali odvolanie žalobcovia. 3. Dňa 4.10.2016 oznámili žalobcovia odvolacieho súdu, že žalobu berú v celom rozsahu späť z dôvodu mimosúdnej dohody žalobcov so žalovanými, v zmysle ktorej žalovaní umožnia žalobcom poľovať v PZ žalovaných - Poľovníckom združení Vlčie údolie. Preto žalobcovia žiadali, aby odvolací súd konanie zastavil, zrušil rozsudok prvoinštančného súdu a rozhodol o trovách konania tak, že žiaden z účastníkov nemá na ich náhradu nárok. 4. Odvolací súd vyzval žalovaných, aby sa k späťvzatiu žaloby vyjadrili a oznámili odvolaciemu súdu, či so späťvzatím žaloby súhlasia alebo či majú vážne dôvody na nesúhlas s týmto procesným úkonom. Žalovaní v 1/ a 2/ rade na výzvu odvolacieho súdu nereagovali, žalovaný v 3/ rade so späťvzatím žaloby súhlasil a uplatnil si trovy konania. 5.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6. Odvolací súd konštatuje, že žalobcovia zobrali späť žalobu skôr, ako rozhodol o ich odvolaní odvolací súd. Preto odvolací súd pripustil späťvzatie žaloby a zrušil napadnutý prvoinštančný rozsudok v spojení s opravným uznesením. Ani jeden zo žalovaných so späťvzatím žaloby nevyjadrili nesúhlas z vážnych dôvodov. Preto po pripustení späťvzatia žaloby a zrušení rozsudku odvolací súd konanie zastavil. O trovách konania rozhodol podľa § 256 ods. 1 CSP, podľa ktorého ak strana procesne zavinila zastavenie konania, súd prizná náhradu trov konania protistrane. Z obsahu spisového materiálu vyplýva, že z procesného hľadiska zastavenie konania zavinili žalobcovia, ktorí zobrali žalobu späť. Preto priznal náhradu trov konania žalovaným. O výške týchto trov rozhodne prvoinštančný súd podľa § 262 ods. 2 CSP. 7.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https://www.kauzis.sk/judikatura/r/ECLI:SK:KSPO:2016:8614204376.2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