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7CoE/30/2016 z 26. 4. 2016</w:t>
      </w:r>
    </w:p>
    <w:p>
      <w:r>
        <w:t>Uznesenie Krajského súdu Prešov z 26. apríla 2016, sp. zn. 7CoE/30/2016, ECLI:SK:KSPO:2016:8710202843.2</w:t>
      </w:r>
    </w:p>
    <w:p>
      <w:r>
        <w:t>Súd: Krajský súd Prešov</w:t>
      </w:r>
    </w:p>
    <w:p>
      <w:r>
        <w:t>Spisová značka: 7CoE/30/2016</w:t>
      </w:r>
    </w:p>
    <w:p>
      <w:r>
        <w:t>ECLI: ECLI:SK:KSPO:2016:8710202843.2</w:t>
      </w:r>
    </w:p>
    <w:p>
      <w:r>
        <w:t>Dátum vydania: 26.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7CoE/30/2016 Identifikačné číslo súdneho spisu: 8710202843 Dátum vydania rozhodnutia: 27. 04. 2016 Meno a priezvisko sudcu, VSÚ: JUDr. Branislav Breza ECLI: ECLI:SK:KSPO:2016:8710202843.2 Uznesenie Krajský súd v Prešove v exekučnej veci oprávneného Všeobecná zdravotná poisťovňa, a.s., so sídlom v Bratislave, na ul. Mamateyovej č. 17, proti povinnému Z. o vymoženie sumy 16.076,30 Eur s prísl., o odvolaní súdneho exekútora Z.. S. G., so sídlom v K., na J. proti uzneseniu Okresného súdu Poprad zo dňa 03.06.2015 č. k. 17Er 114/10-16 takto jednohlasne r o z h o d o l : O d m i e t a odvolanie súdneho exekútora. o d ô v o d n e n i e : Prvostupňový súd napadnutým uznesením náhradu trov exekúcie súdnemu exekútorovi nepriznal. Proti tomuto uzneseniu podal v zákonom stanovenej lehote odvolanie súdny exekútor. Navrhol uznesenie zmeniť tak, aby mu boli priznané trovy exekúcie v ním vyčíslenej výške. Odvolací súd v zmysle zásad ustanovenia § 212 O.s.p. preskúmal napadnuté uznesenie spolu s konaním, ktoré mu predchádzalo, vec prejednal bez nariadenia pojednávania v súlade s ustanovením § 214 ods. 2 O.s.p. a zistil, že odvolanie súdneho exekútora smeruje proti rozhodnutiu, proti ktorému odvolanie nie je prípustné. Občiansky súdny poriadok v ustanovení § 202 ods. 2 O.s.p. nepripúšťa odvolanie proti uzneseniu v exekučnom konaní podľa osobitného zákona, ak tento osobitný zákon neustanovuje inak. Týmto osobitným zákonom je Exekučný poriadok. Novelou Exekučného poriadku účinnou od 01.11.2013 bola z ustanovenia § 58 vypustená možnosť podania odvolania proti výroku o náhrade trov konania v rozhodnutí podľa § 57. Exekučný poriadok účinný od 01.11.2013 teda už v ustanovení § 58 nepripúšťa možnosť podania odvolania proti výroku o náhrade trov konania v rozhodnutí podľa § 57. Odvolací súd preto postupom vyplývajúcim z ustanovenia § 218 ods. 1 písm. c/ O.s.p. odvolanie súdneho exekútora odmietol ako odvolanie smerujúce proti rozhodnutiu, proti ktorému nie je odvolanie prípustné. Poučenie: Proti tomuto uzneseniu odvolanie nie je prípustné.</w:t>
      </w:r>
    </w:p>
    <w:p/>
    <w:p>
      <w:r>
        <w:t>Zdroj: KAUZIS.SK – https://www.kauzis.sk/judikatura/r/ECLI:SK:KSPO:2016:8710202843.2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