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2CoE/110/2015 z 26. 1. 2016</w:t>
      </w:r>
    </w:p>
    <w:p>
      <w:r>
        <w:t>Uznesenie Krajského súdu Prešov z 26. januára 2016, sp. zn. 2CoE/110/2015, ECLI:SK:KSPO:2016:8710213705.1</w:t>
      </w:r>
    </w:p>
    <w:p>
      <w:r>
        <w:t>Súd: Krajský súd Prešov</w:t>
      </w:r>
    </w:p>
    <w:p>
      <w:r>
        <w:t>Spisová značka: 2CoE/110/2015</w:t>
      </w:r>
    </w:p>
    <w:p>
      <w:r>
        <w:t>ECLI: ECLI:SK:KSPO:2016:8710213705.1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2CoE/110/2015 Identifikačné číslo súdneho spisu: 8710213705 Dátum vydania rozhodnutia: 27. 01. 2016 Meno a priezvisko sudcu, VSÚ: JUDr. Mariana Muránska ECLI: ECLI:SK:KSPO:2016:8710213705.1 Uznesenie Krajský súd v Prešove v exekučnej veci oprávneného : Slovenská konsolidačná, a.s., so sídlom Cintorínska 21, Bratislava, IČO: 35 776 005, proti povinnej : G.. G. D., bytom D. XXXX/XX, W., správca konkurznej podstaty úpadcu H. P., nar. X.X.XXXX, bytom X. XX, A. D., o vymoženie 2.356,55 eur s prísl., o odvolaní súdneho exekútora proti uzneseniu Okresného súdu Poprad č. k. XX Er XXX/XXXX-XX zo dňa XX.X.XXXX jednohlasne takto r o z h o d o l : O d m i e t a odvolanie. N e p r i z n á v a účastníkom náhradu trov odvolacieho konania. o d ô v o d n e n i e : Napadnutým uznesením sudca súdu prvého stupňa náhradu trov exekúcie súdnemu exekútorovi nepriznal. Proti uzneseniu podal odvolanie súdny exekútor. Odvolaním žiadal, aby odvolací súd uznesenie zrušil a vrátil vec súdu prvého stupňa na ďalšie konanie. Podľa § 202 ods. 2 O.s.p., odvolanie nie je prípustné ani proti uzneseniu v exekučnom konaní podľa osobitného zákona, ak tento osobitný zákon neustanovuje inak, a ani proti uzneseniu v konaní o vymáhanie súdnych pohľadávok podľa osobitného zákona. Podľa § 218 ods. 1 písm. c) O.s.p., odvolací súd odmietne odvolanie, ktoré smeruje proti rozhodnutiu, proti ktorému nie je odvolanie prípustné. Odvolací súd v zmysle zásad ustanovenia § 212 O.s.p., preskúmal uznesenie v jeho napadnutej časti spolu s konaním, ktoré mu predchádzalo, vec prejednal bez nariadenia pojednávania v súlade s ustanovením § 214 ods. 2 O.s.p. a zistil, že odvolanie súdneho exekútora je potrebné odmietnuť. Novelou Exekučného poriadku účinnou od 1.11.2013 bola z ustanovenia § 58 vypustená možnosť podania odvolania proti výroku o náhrade trov konania v rozhodnutí podľa § 57. Exekučný poriadok účinný od 1.11.2013 teda už v ustanovení § 58 nepripúšťa možnosť podania odvolania proti výroku o náhrade trov konania v rozhodnutí podľa § 57. Aké predpisy je potrebné použiť pri rozhodovaní o odvolaní proti výroku o náhrade trov konania v rozhodnutí podľa § 57, ktoré bolo podané pred 1.11.2013 upravuje ustanovenie § 243b ods. 3 Exekučného poriadku. Vychádzajúc z tohto ustanovenia, o odvolaní proti výroku o náhrade trov konania v rozhodnutí podľa § 57, ktoré bolo podané pred 1.11.2013, sa rozhodne podľa predpisov účinných do 31.10.2013; to neplatí, ak ide o odvolanie proti rozhodnutiu vyššieho súdneho úradníka, o ktorom doposiaľ nerozhodol sudca. V prejednávanej veci napadnuté rozhodnutie o trovách exekúcie vydal sudca dňa 17.4.2015, pričom po 1.11.2013 takéto rozhodnutie o trovách má charakter rozhodnutia proti ktorému Občiansky súdny poriadok v ustanovení § 202 O.s.p. odvolanie nepripúšťa, čoho dôsledkom je odmietnutie odvolania. Proti predmetnému uzneseniu teda odvolanie nie je prípustné, o čom súd účastníkov exekučného konania správne poučil. O trovách odvolacieho konania rozhodol odvolací súd podľa § 224 ods. 1 O.s.p. v spojení s § 142 ods. 1 O.s.p.. Súdny exekútor nebol v odvolacom konaní úspešným účastníkom, preto nemá právo na náhradu trov odvolacieho konania a žiadny ďalší účastník si náhradu trov neuplatnil. Poučenie: Proti tomuto uzneseniu odvolanie nie je prípustné.</w:t>
      </w:r>
    </w:p>
    <w:p/>
    <w:p>
      <w:r>
        <w:t>Zdroj: KAUZIS.SK – https://www.kauzis.sk/judikatura/r/ECLI:SK:KSPO:2016:8710213705.1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