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2Co/99/2014 z 22. 3. 2016</w:t>
      </w:r>
    </w:p>
    <w:p>
      <w:r>
        <w:t>Uznesenie Krajského súdu Prešov z 22. marca 2016, sp. zn. 2Co/99/2014, ECLI:SK:KSPO:2016:8713209162.4</w:t>
      </w:r>
    </w:p>
    <w:p>
      <w:r>
        <w:t>Súd: Krajský súd Prešov</w:t>
      </w:r>
    </w:p>
    <w:p>
      <w:r>
        <w:t>Spisová značka: 2Co/99/2014</w:t>
      </w:r>
    </w:p>
    <w:p>
      <w:r>
        <w:t>ECLI: ECLI:SK:KSPO:2016:8713209162.4</w:t>
      </w:r>
    </w:p>
    <w:p>
      <w:r>
        <w:t>Dátum vydania: 22.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Prešov Spisová značka: 2Co/99/2014 Identifikačné číslo súdneho spisu: 8713209162 Dátum vydania rozhodnutia: 23. 03. 2016 Meno a priezvisko sudcu, VSÚ: JUDr. Mariana Muránska ECLI: ECLI:SK:KSPO:2016:8713209162.4 Uznesenie Krajský súd v Prešove v právnej veci žalobkyne X. Z., nar. X.X.XXXX, bytom V., L. W. XXXX/X proti žalovanému W. B. I., L. W. XXXX/XA, V., o neplatnosť schváleného dodatku k zmluve s príslušenstvom, jednohlasne takto r o z h o d o l : Opravuje záhlavie rozsudku Krajského súdu Prešov zo dňa 20.4.2015 č. k. 2Co/98, 99/2014-145, ktorý po oprave znie: „Krajský súd v Prešove v senáte zloženom z predsedníčky senátu JUDr. Mariany Muránskej a sudcov JUDr. Jozefa Angeloviča a JUDr. Daniely Babinovej v právnej veci žalobkyne X. Z., nar. X.X.XXXX, bytom V., L. W. XXXX/X, zastúpenej F. Z., bytom V., L. W. XXXX/X proti žalovanému W. B. I., L. W. 47XX/XA, V., o neplatnosť schváleného dodatku k zmluve s príslušenstvom, o odvolaní žalobkyne proti rozsudku Okresného súdu Poprad zo dňa 12.3.2014, č. k. 13C/74/2013-108 a proti uzneseniu z 3.4.2014, č. k. 13C/74/2013-119“; o d ô v o d n e n i e : Krajský súd v Prešove dňa 20.4.2015 rozsudkom č. k. 2Co/98, 99/2014-145 rozhodoval o odvolaní žalobkyne proti rozsudku Okresného súdu Poprad z 12.3.2014 č. k. 13C/74/2013-108 a proti uzneseniu z 3.4.2014 č. k. 13C/74/2013-119 tak, že potvrdil rozsudok, potvrdil uznesenie a nepriznal účastníkom náhradu trov odvolacieho konania. Žalobkyňa podala dovolanie proti rozsudku odvolacieho súdu s tým, že Najvyšší súd Slovenskej republiky v Bratislave zistil, že v rozhodnutí odvolacieho súdu (č. l. 145) sa nachádzajú zrejmé nesprávnosti, ktoré dosiaľ neboli odstránené. Konkrétne v záhlaví rozsudku odvolacieho súdu je nesprávne uvedené číslo konania napadnutého rozsudku súdu prvého stupňa (namiesto správneho „13C/74/2013-108“ je uvedené „13C/74/2013-8“). Vrátil vec súdu prvého stupňa s tým, že okrem iného túto zrejmé nesprávnosť má odvolací súd odstrániť postupom podľa § 164 O.s.p. v spojení s § 211 ods. 2 O.s.p.. Podľa § 164 O.s.p.,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 Podľa § 211 ods. 2 O.s.p., ak tento zákon neustanovuje inak, pre konanie na odvolacom súde platia primerane ustanovenia o konaní pred súdom prvého stupňa. V zmysle pokynu Najvyššieho súdu SR v Bratislave, Krajský súd v Prešove ako súd odvolací postupom podľa citovaných zákonných ustanovení odstránil zrejmú nesprávnosť v rozsudku zo dňa 20.4.2015 č. k. 2Co/98, 99/2014-145 a opravil záhlavie tohto rozsudku s uvedením správneho čísla konania napadnutého rozsudku súdu prvého stupňa č. k. 13C/74/2013-108, ktorý bol spolu s uznesením z 3.4.2014 č. k. 13C/74/2013-119 predmetom odvolacieho konania. Poučenie: Proti tomuto uzneseniu odvolanie nie je prípustné.</w:t>
      </w:r>
    </w:p>
    <w:p/>
    <w:p>
      <w:r>
        <w:t>Zdroj: KAUZIS.SK – https://www.kauzis.sk/judikatura/r/ECLI:SK:KSPO:2016:8713209162.4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