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23Co/118/2015 z 26. 6. 2016</w:t>
      </w:r>
    </w:p>
    <w:p>
      <w:r>
        <w:t>Rozsudok Krajského súdu Prešov z 26. júna 2016, sp. zn. 23Co/118/2015, ECLI:SK:KSPO:2016:8714200131.1</w:t>
      </w:r>
    </w:p>
    <w:p>
      <w:r>
        <w:t>Súd: Krajský súd Prešov</w:t>
      </w:r>
    </w:p>
    <w:p>
      <w:r>
        <w:t>Spisová značka: 23Co/118/2015</w:t>
      </w:r>
    </w:p>
    <w:p>
      <w:r>
        <w:t>ECLI: ECLI:SK:KSPO:2016:8714200131.1</w:t>
      </w:r>
    </w:p>
    <w:p>
      <w:r>
        <w:t>Dátum vydania: 26. 6. 2016</w:t>
      </w:r>
    </w:p>
    <w:p>
      <w:r>
        <w:t>Forma: Rozsudok</w:t>
      </w:r>
    </w:p>
    <w:p>
      <w:r>
        <w:t>Oblasť práva: Občianske právo</w:t>
      </w:r>
    </w:p>
    <w:p>
      <w:pPr>
        <w:pStyle w:val="Heading2"/>
      </w:pPr>
      <w:r>
        <w:t>Text rozhodnutia</w:t>
      </w:r>
    </w:p>
    <w:p>
      <w:r>
        <w:t>Súd: Krajský súd Prešov Spisová značka: 23Co/118/2015 Identifikačné číslo súdneho spisu: 8714200131 Dátum vydania rozhodnutia: 27. 06. 2016 Meno a priezvisko sudcu, VSÚ: Mgr. Miloš Kolek ECLI: ECLI:SK:KSPO:2016:8714200131.1 ROZSUDOK V MENE SLOVENSKEJ REPUBLIKY Krajský súd v Prešove, v senáte zloženom z predsedu senátu Mgr. Miloša Koleka a členov senátu JUDr. Mariany Muránskej a JUDr. Daniely Babinovej v právnej veci navrhovateľa C. C. G. X E., so sídlom T. Z., XX - XX, Xst floor, G./H. XXX, M., XXXX, Z., C., práv. zast. advokátskou kanceláriou Gallo, s.r.o., so sídlom Jilemnického 30, Martin proti odporcom 1. L. O., nar. XX.XX.XXXX, bytom X., G. XXXX/X, 2. M. O., nar. XX.XX.XXXX, naposledy bytom X., G. XXXX/X, t.č. na neznámom mieste, zastúpený opatrovníkom P.. P. P., OS X., o zaplatenie 4.733,40 eur, o odvolaní žalovanej v 1. rade proti rozsudku Okresného súdu X., č.k. 12C 233/2014-58 zo dňa 02.02.2015 takto r o z h o d o l : Mení rozsudok vo výroku o splatnosti pohľadávky tak, že odporcovia sú povinní zaplatiť navrhovateľovi spoločne a nerozdielne 2.420,32 eur spolu s 9 % úrokom z omeškania ročne z uvedenej sumy od 16.02.2012 do zaplatenia, to všetko v splátkach po 100 eur mesačne, pričom každá splátka bude splatná vždy do 25. dňa toho ktorého mesiaca, počnúc mesiacom nasledujúcim po mesiaci, ktorým tento rozsudok nadobudne právoplatnosť až do úplného vyrovnania dlhu pod následkom straty výhody splátok. Žalobca nemá právo na náhradu trov odvolacieho konania. Žalovaným náhradu trov odvolacieho konania nepriznáva. o d ô v o d n e n i e : 1. Okresný súd X. rozsudkom č.k. 12C 233/2014-58 zaviazal odporcov spoločne a nerozdielne zaplatiť navrhovateľovi 2.420,32 eur spolu s 9 % úrokom z omeškania ročne z uvedenej sumy od 16.02.2012 do zaplatenia, to všetko do 3 dní od právoplatnosti rozsudku. V prevyšujúcej časti návrh zamietol, náhradu trov konania účastníkom nepriznal. 2. Rozsudok odôvodnil tým, že pohľadávka navrhovateľa je pohľadávkou nadobudnutou postúpením od Všeobecnej úverovej banky, a.s.. Úver poskytnutý Všeobecnou úverovou bankou, a.s. posúdil ako bezúročný a bez poplatkov, keď po odpočítaní poskytnutej sumy a zaplatenej sumy zostalo na zaplatenie istina 4.733,40 eur. Následne vyhodnotil časť nároku ako premlčanú a uviedol, že nepremlčaných je 14 splátok, čo predstavuje istinu 2.420,32 eur. Túto sumu spolu s úrokom z omeškania zaviazal odporcov zaplatiť navrhovateľovi. 3. Proti tomuto rozsudku podaním doručeným súdu dňa 04.05.2015 podala odvolanie odporkyňa v 1. rade. Uviedla, že rozsudok dostala poštou od svojej mamy, žije v Z. a toho času je nezamestnaná. S odporcom v 2. rade nežije spolu a nevie ani kde sa zdržuje. Nakoľko je nezamestnaná, nemôže sumu ihneď zaplatiť. Je ochotná zaplatiť ju v mesačných splátkach po 100 eur mesačne. Rozsudok bol odporcovi v 1. rade doručovaný poštou, rozsudok prevzal splnomocnenec dňa 25.03.2015. 4. Odvolací súd posúdil predmetné podanie odporkyne v 1. rade ako odvolanie proti splatnosti pohľadávky. V prvom rade je potrebné uviesť, že rozsudok nebol odporkyni v 1. rade riadne doručený. Z rozhodnutia Najvyššieho súdu Slovenskej republiky publikovaného v Zbierke stanovísk NS a súdov SR 2/2014 vyplýva, že poštové splnomocnenie na preberanie zásielok neoprávňuje takúto osobu prevziať rozsudok s účinkami doručenia. V danom prípade z ničoho nevyplýva, že odporkyňa mala v konaní splnomocnenca, ktorý by mohol za ňu prevziať rozsudok. Z podania odporkyne v 1. rade vyplýva, že tento rozsudok dostala až následne poštou od matky. Preto nebolo potrebné rozsudok jej opätovne doručovať a odvolací súd mal za to, že lehota na podanie odvolania v jej prípade bola dodržaná. 5. Keďže napadnutý bol výrok rozsudku, ktorý ukladal povinnosť zaplatiť odporcom v 1. a v 2. rade spoločne a nerozdielne, rozhodol odvolací súd aj o splatnosti pohľadávky vo vzťahu k odporcovi v 2. rade (§ 212 ods. 1 písm. c) OSP). 6. Odvolací súd preskúmal napadnuté rozhodnutie ako aj konanie, ktoré mu predchádzalo, a zistil, že rozhodnutie súdu možno zmeniť. Predmetom odvolacieho konania je len otázka splatnosti pohľadávky. S prihliadnutím na sociálnu situáciu odporkyne v 1. rade odvolací súd zmenil postupom podľa § 220 OSP rozhodnutie súdu prvého stupňa v splatnosti pohľadávky a umožnil odporcom zaplatiť prisúdenú pohľadávku v splátkach po 100,-Eur mesačne pod následkom straty výhody splátok. 7. Toto rozhodnutie bolo prijaté senátom Krajského súdu v Prešove v pomere hlasov 3:0 (§ 3 ods. 9 zák. č. 757/2004 Z.z. o súdoch).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https://www.kauzis.sk/judikatura/r/ECLI:SK:KSPO:2016:8714200131.1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