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4S/22/2014 z 13. 9. 2017</w:t>
      </w:r>
    </w:p>
    <w:p>
      <w:r>
        <w:t>Rozsudok Krajského súdu Prešov z 13. septembra 2017, sp. zn. 4S/22/2014, ECLI:SK:KSPO:2017:8014200345.6</w:t>
      </w:r>
    </w:p>
    <w:p>
      <w:r>
        <w:t>Súd: Krajský súd Prešov</w:t>
      </w:r>
    </w:p>
    <w:p>
      <w:r>
        <w:t>Spisová značka: 4S/22/2014</w:t>
      </w:r>
    </w:p>
    <w:p>
      <w:r>
        <w:t>ECLI: ECLI:SK:KSPO:2017:8014200345.6</w:t>
      </w:r>
    </w:p>
    <w:p>
      <w:r>
        <w:t>Dátum vydania: 13. 9. 2017</w:t>
      </w:r>
    </w:p>
    <w:p>
      <w:r>
        <w:t>Forma: Rozsudok</w:t>
      </w:r>
    </w:p>
    <w:p>
      <w:r>
        <w:t>Oblasť práva: Správne právo</w:t>
      </w:r>
    </w:p>
    <w:p>
      <w:pPr>
        <w:pStyle w:val="Heading2"/>
      </w:pPr>
      <w:r>
        <w:t>Text rozhodnutia</w:t>
      </w:r>
    </w:p>
    <w:p>
      <w:r>
        <w:t>Súd: Krajský súd Prešov Spisová značka: 4S/22/2014 Identifikačné číslo súdneho spisu: 8014200345 Dátum vydania rozhodnutia: 14. 09. 2017 Meno a priezvisko sudcu, VSÚ: JUDr. Viera Zoľáková ECLI: ECLI:SK:KSPO:2017:8014200345.6 ROZSUDOK V MENE SLOVENSKEJ REPUBLIKY Krajský súd v Prešove v senáte zloženom z predsedníčky senátu JUDr. Viery Zoľákovej a členiek senátu Mgr. Magdalény Želinskej a JUDr. Evy Slávikovej v právnej veci žalobcu Piotr Severín Zieliňski - GreenAdvice s.r.o., IČO: 46 216 693 Karpatská 754/7, Svidník, právne zastúpeného JUDr. Dušanom Remetom, advokátom, Masarykova 2, Prešov, proti žalovanej Sociálnej poisťovni, ústrediu, Ul. 29.augusta č. 8 a 10, Bratislava 1, za účasti O. T. J., U. XX/XX, XX XXX Q., X. republika o preskúmanie zákonnosti postupu a rozhodnutí žalovanej č. 15681-2/2014-Ba zo dňa 4. februára 2014 na základe žaloby takto r o z h o d o l : Žalobu z a m i e t a. Nárok na náhradu trov konania účastníkom n e p r i z n á v a. o d ô v o d n e n i e : I. 1. žalovaná dňa 4. februára 2014, rozhodnutím č. 15681-2/2014-BA tak, že odvolanie žalobcu v 1/ rade zamietla a rozhodnutie Sociálnej poisťovne, pobočky Košice potvrdila. 2. Rozhodnutie žalovaná odôvodnila tým, že po preskúmaní prvostupňového rozhodnutia v celom rozsahu dospela k záveru, že bolo vydané v súlade s príslušnou právnou úpravou. Citovala § 4 ods. 1 zákona č. 461/2003 Z.z. v znení zákona č. 543/2010 Z.z. s tým, že s účinnosťou od 1.1.2011 je upravené, že zamestnanec je na účely nemocenského poistenia, dôchodkového poistenia a poistenia v nezamestnanosti fyzická osoba v právnom vzťahu, ktorý jej zakladá právo na pravidelný mesačný príjem podľa § 3 ods. 1 písm. a/ a ods. 2, 3 okrem fyzickej osoby v právnom vzťahu na základe dohôd o prácach vykonávaných mimo pracovného pomeru a žiaka strednej školy a študenta vysokej školy pri praktickom vyučovaní v období odbornej výrobnej praxe. 3. Uviedla, že § 7 ods. 1 písm. c/ bod prvý Zákona o sociálnom poistení v znení zákona č. 543/2010 Z. z. s účinnosťou od 1.1.2011 upravuje, že zamestnávateľ je pre fyzickú osobu vykonávajúcu zárobkovú činnosť podľa § 3 ods. 1 písm. a/ a ods. 2 a 3 fyzická osoba, ktorá je povinná poskytovať zamestnancovi príjem uvedený v § 3 ods. 1 písm. a/ a ods. 2 a 3 a má bydlisko v inom členskom štáte Európskej únie alebo v štáte, ktorý je zmluvnou stranou dohody o Európskom hospodárskom priestore ako Slovenská republika alebo na území Švajčiarskej konfederácie alebo v štáte, s ktorým má Slovenská republika uzatvorenú medzinárodnú zmluvu, ktorá má prednosť pred zákonmi Slovenskej republiky. 4. Podľa § 3 ods. 1 písm. a/ Zákona o sociálnom poistení v znení zákona č. 543/2010 Z.z. s účinnosťou od 1.1.2011 je zárobková činnosť, ak osobitný predpis alebo medzinárodná zmluva, ktorá má prednosť pred zákonmi Slovenskej republiky, neustanovuje inak, činnosť vyplývajúca z právneho vzťahu, ktorý zakladá právo na príjem zo závislej činnosti podľa osobitného predpisu, okrem nepeňažného príjmu z predchádzajúceho právneho vzťahu, ktorý zakladal právo na príjem zo závislej činnosti podľa osobitného predpisu, poskytnutého z prostriedkov sociálneho fondu. 5. Podľa § 14 ods. 1 písm. a/ Zákona o sociálnom poistení v znení zákona č. 543/2010 Z. z. s účinnosťou od 1.1.2011 povinne nemocensky poistený je zamestnanec uvedený v § 4 ods. 1. Podľa § 15 ods. 1 písm. a/ Zákona o sociálnom poistení v znení zákona č. 543/2010 Z. z. s účinnosťou od 01. januára 2011 povinne dôchodkovo poistený je zamestnanec uvedený v § 4 ods. 1 a 2. Podľa § 19 ods. 1 Zákona o sociálnom poistení povinne poistený v nezamestnanosti je zamestnanec, ktorý je povinne nemocensky poistený, ak tento zákon neustanovuje inak. 6. V Slovenskej republike sa od vstupu do Európskej únie v oblasti sociálneho zabezpečenia uplatňujú koordinačné nariadenia a to Nariadenie Rady (EHS) č. 1408/71, zo 14.6.1971 o uplatňovaní systémov sociálneho zabezpečenia na zamestnané osoby, samostatne zárobkovo činné osoby a členov ich rodín pohybujúcich sa v rámci spoločenstva v znení neskorších zmien a doplnkov a jeho vykonávacie nariadenie Rady (EHS) č. 574/1972, z 21.3.1972. Od 1.5.2010 je potrebné uplatňovať nové koordinačné nariadenia, Nariadenie (ES) Európskeho parlamentu a Rady č. 883/2004 z 29.4.2004 o koordinácii systémov sociálneho zabezpečenia v znení Nariadenia (ES) Európskeho parlamentu a Rady č. 988/2009 zo 16.9.2009 a vykonávacie nariadenie Európskeho parlamentu a Rady (ES) č. 987/2009 zo 16.9.2009. Pravidlá určujúce uplatniteľnú legislatívu (hlava II. základného nariadenia) majú zabezpečiť, aby sa na fyzickú osobu nevzťahovali legislatívy dvoch alebo viacerých členských štátov, v ktorých vykonávajú činnosť, resp. aby nedošlo k situácii, že sa na nich nebude vzťahovať legislatíva žiadneho členského štátu. 7.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stanovuje, ktorým právnym predpisom podlieha osoba vykonávajúca činnosti v dvoch alebo viacerých členských štátoch. 8. Podľa článku 13 (1) základného nariadenia v znení účinnom do 27. júna 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9.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Pri súbehu poistení, v ktorých sa nachádza cezhraničný prvok, je nevyhnutné určiť uplatniteľnú legislatívu, ktorá sa bude vzťahovať na dotknutú fyzickú osobu, v súlade so základným nariadením a vykonávacím nariadením, ktoré koordinujú sociálne zabezpečenie. 10. Na účely správneho vykonávania základného nariadenia a vykonávacieho nariadenia z rozhodnutia správnej komisie pre koordináciu systémov sociálneho zabezpečenia č. H5 z 18.3.2010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v mieste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11 .Sociálnej poisťovni bola doručená informácia poľskej inštitúcie sociálneho zabezpečenia ZUS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12. Ďalej žalovaná uviedla, že jedným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ktoré sa vzťahujú na zamestnancov v Európskej únii, Európskom hospodárskom priestore a vo Švajčiarsku“,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Termín registrované sídlo alebo miesto podnikania nie je v nariadení vymedzený. V judikatúre Súdneho dvora Európskej únie a v iných nariadeniach Európskej únie však existuje množstvo usmernení, ktoré možno uplatniť pri prijímaní rozhodnutia o určení miesta podnikania podniku, ktorý osobu zamestnáva. 13. Súdny dvor v tejto súvislosti vypracoval na základe prípadu Planzer Luxembourg Sarl C-73/06, kritéria, na základe ktorých je možné určiť registrované sídlo alebo miesto podnikania zamestnávateľa. Určenie miesta sídla hospodárskej činnosti predpokladá zohľadnenie súhrnu faktorov, medzi ktorými sa v prvom rade nachádza sídlo, miesto ústredia, miesto stretnutia riadiacich osôb spoločnosti a miesto, obvykle totožné, v ktorom sa rozhoduje o všeobecnej podnikovej politike. Iné faktory, ako napríklad bydlisko riadiacich osôb, miesto konania valného zhromaždenia, miesto uloženia správnych a účtovných dokumentov a miesto hlavného priebehu finančných činností, najmä bankových operácií, sa môžu zohľadniť taktiež. Je tak zrejmé, že sporné registrované sídlo alebo miesto podnikania môžu byť uznané až po splnení určitých podmienok. Tieto kritéria spravidla skúma inštitúcia v mieste bydliska na základe dostupných informácií alebo v úzkej spolupráci s inštitúciou v členskom štáte, kde má zamestnávateľ registrované sídlo alebo miesto podnikania. V rámci skúmania relevantných skutočností je potrebné preukázať miesto, kde má podnik registrované sídlo a správu, dĺžku obdobia od zriadenia podniku v členskom štáte, počet administratívnych zamestnancov pracujúcich v sídle, miesto, kde je uzatvorená väčšina zmlúv s klientmi, sídlo, ktoré určuje politiku spoločnosti a prevádzkové záležitosti, miesto, kde sa vykonávajú hlavné finančné funkcie vrátane bankovníctva, miesto náboru zamestnancov, a pod.. Ak zamestnávateľ nespĺňa podmienky registrácie sídla alebo miesta podnikania, nemôže sa na zamestnancov uplatňovať legislatíva štátu, v ktorom má zamestnávateľ registrované sídlo alebo miesto podnikania. 14. Uvedené skutočnosti oprávňujú Sociálnu poisťovňu vykonať kontrolu reálneho výkonu činnosti zamestnancov na území Slovenskej republiky, ktorú sociálna poisťovňa nevykonáva podľa Zákona o sociálnom poistení ale na základe kompetencií inštitúcie príslušnej na určovanie uplatniteľnej legislatívy. Kontrolu so zameraním na preverenie reálneho výkonu činnosti zamestnancov na území Slovenskej republiky vykonala u dotyčného zamestnávateľa dňa 26.2.2013 Sociálna poisťovňa, pobočka Košice. V rámci vykonanej kontroly Sociálna poisťovňa, pobočka Košice zistila, že v registrovanom sídle spoločnosti neexistuje kancelária ani žiadna prevádzka zamestnávateľa, pričom citovala skutočnosti zistené kontrolou, uvedené v prvostupňovom rozhodnutí. Z výsledkov kontroly tak nepochybne vyplýva, že oficiálne sídlo spoločnosti zamestnávateľa uvedené v živnostenskom registri nespĺňa základné kritéria registrovaného sídla spoločnosti. 15. Kontrolou zameranou na preverenie reálneho výkonu činnosti zamestnancov na území SR sa nepodarilo preukázať na základe relevantných skutočností, že na zamestnanca účastníka konania sa od 1.7.2011 do 31.12.2011 vzťahuje slovenská legislatíva. Účastník konania síce predložil formálne doklady, pracovnú zmluvu, mzdový list, výplatné pásky a evidenciu dochádzky, nepreložil však doklady preukazujúce reálny výkon práce zamestnanca na určenom mieste v určený deň, napr. vyúčtovanie cestovných náhrad, cestovné príkazy, z ktorých by bolo zrejmé, že zamestnanec vykonáva prácu na určenom mieste. Z týchto dôvodov Sociálna poisťovňa, pobočka Košice, v ktorej registri bol zamestnanec účastníka konania vedený, rozhodla, že zamestnancovi účastníka konania, tu žalobcovi v 2/ rade, nevzniklo povinné nemocenské poistenie, povinné dôchodkové poistenie a povinné poistenie v nezamestnanosti za obdobie od 1.7.2011 do 31.12.2011. 16. Sociálna poisťovňa argumentovala ďalej tým, že konanie vo veciach sociálneho poistenia je osobitné konanie upravené v § 172 a nasl. Zákona o sociálnom poistení. Konanie vo veci vzniku, prerušenia a zániku sociálneho poistenia v sporných prípadoch je nedávkové konanie, ktoré vzhľadom na ustanovenie § 184 ods. 8 zákona o sociálnom poistení môže začať aj z podnetu organizačnej zložky Sociálnej poisťovne. Podľa § 185 ods. 4 Zákona o sociálnom poistení konanie, ktoré sa začína na podnet organizačnej zložky Sociálnej poisťovne, je začaté odo dňa, keď príslušná organizačná zložka Sociálnej poisťovne urobila voči účastníkovi konania prvý úkon. Zákon o sociálnom poistení však nekonkretizuje o aký úkon má ísť, a preto je možné za prvý úkon považovať aj doručenie rozhodnutia, pokiaľ Sociálna poisťovňa disponovala potrebnými a dostatočnými podkladmi pre rozhodnutie. Rovnaký právny názor vyslovil aj Najvyšší súd Slovenskej republiky v rozsudku sp. zn. 7Sžso/20/2010. Obstaranie podkladov pre rozhodnutie je vecou organizačnej zložky Sociálnej poisťovne. Organizačná zložka sociálnej poisťovne nie je viazaná len návrhmi účastníkov konania ale je povinná vykonať z vlastnej iniciatívy také dôkazy, ktoré môžu prispieť k presnému a úplnému zisteniu skutočného stavu veci. Organizačná zložka Sociálnej poisťovne je oprávnená rozhodnúť, ktoré dôkazy a v akom rozsahu vykoná, pričom dôkazy hodnotí podľa svojej úvahy, a to každý dôkaz osobitne a všetky dôkazy vo vzájomnej súvislosti, z čoho vyplýva, že je vecou organizačnej zložky sociálnej poisťovne, či určitú skutočnosť považuje za dokázanú, či vykonané dôkazy postačujú alebo či treba vykonať dôkazy ďalšie, alebo či si treba obstarať ešte iné podklady pre rozhodnutie. II. 17. Žalobou zo dňa 17.2.2014 doručenou tunajšiemu súdu 26.2.2014 sa žalobca domáhal preskúmania zákonnosti rozhodnutia a postupu žalovanej č. 15681-2/2014-BA zo dňa 4. februára 2014 v spojení s rozhodnutím prvostupňového správneho orgánu, Sociálnej poisťovne, pobočka Košice č. 90666-1/2013- KEM zo dňa 9. septembra 2013, ktoré žiada zrušiť a vrátiť vec žalovanej na ďalšie konanie a priznať zároveň náhradu trov konania. 18. Žalobu odôvodnil tým, že ako podnikateľský subjekt vykonával podnikateľskú činnosť na území Slovenskej republiky na základe osvedčenia o živnostenskom oprávnení. Má registrovaný status zamestnávateľa, pričom za účelom riadneho výkonu svojej podnikateľskej činnosti zamestnával viacerých zamestnancov na základe pracovných zmlúv uzatváraných v súlade s právnym poriadkom Slovenskej republiky. Vo vzťahu k svojim zamestnancom si riadne plnil všetky povinnosti podľa osobitných právnych predpisov, najmä pokiaľ ide o oznamovaciu povinnosť a platenie odvodov na jednotlivé druhy sociálneho poistenia podľa zákona č. 461/2003 Z.z. o sociálnom poistení v znení neskorších predpisov. Poukázal na to, že žalobou napadnutým rozhodnutím žalovanej v spojení s prvostupňovým rozhodnutím pobočky žalovanej bolo rozhodnuté tak, že jeho zamestnancovi nevzniklo povinné nemocenské poistenie, povinné dôchodkové poistenie a povinné poistenie v nezamestnanosti za obdobie od 1.7.2011 do 31.12.2011 podľa slovenskej legislatívy, a to z dôvodu, že vykonanou kontrolou nebol preukázaný reálny výkon práce zamestnanca žalobcu a že žalobca nemá v mieste podnikania zriadenú kanceláriu a používa súkromnú poštovú schránku. 19. Zdôraznil, že podľa najnovších požiadaviek zo strany Európskej únie by v každom členskom štáte mala verejná správa fungovať na princípe tzv. dobrej správy. Tento princíp zahŕňa uplatňovanie viacerých zásad, ako je princíp viazanosti právom, ktorý vyžaduje, aby všetky správne rozhodnutia mali oporu v právnom poriadku, aby obsah rozhodnutí bol v súlade so zákonmi, ústavou a medzinárodným právom, rovnako aby nedochádzalo k zneužívaniu voľnej úvahy. Patria tu aj princípy rovnosti a zákazu diskriminácie, nestrannosti a objektivity, proporcionality, teda hľadanie spravodlivej rovnováhy medzi cieľom a použitými prostriedkami a právna istota zahŕňajúca aj ochranu práv nadobudnutých v dobrej viere a zákaz retroaktivity, princíp konania v primeranej lehote (povinnosť správnych orgánov konať svedomito, zodpovedne sa zaoberať každou vecou, vybaviť ju včas a bez zbytočných prieťahov), spoluúčasť a transparentnosť. Podľa názoru žalobcu tieto princípy neboli v predmetných veciach žalovanou dodržané. 20. Argumentoval ustanoveniami Nariadenia ES č. 883/2004 (ďalej len základné nariadenie), bod 8, podľa ktorého všeobecná zásada rovnakého zaobchádzania je mimoriadne dôležitá pre pracovníkov, ktorí nemajú bydlisko v členskom štáte ich zamestnania, vrátane cezhraničných pracovníkov. Podľa bodu 11 základného nariadenia prispôsobenie faktov alebo udalostí, ku ktorým dochádza v jednom členskom štáte, nemôže v žiadnom prípade viesť k tomu, aby sa iný členský štát stal príslušným alebo jeho právne predpisy uplatniteľnými. Podľa bodu 15 nariadenia je potrebné,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Bod 17 nariadenia upravuje, že vzhľadom na čo najefektívnejšie zaručenie rovnosti zaobchádzania so všetkými osobami pôsobiacimi na území členského štátu je vhodné ako všeobecné pravidlo určiť za uplatniteľné právne predpisy toho členského štátu, v ktorom daná osoba vykonáva svoju činnosť ako zamestnanec alebo ako samostatne zárobková činná osoba. 21. Vo vzťahu k dôvodom nezákonnosti poukázal predovšetkým na to, že rozhodnutie bolo vydané v rozpore s § 210 ods. 1, 2 Zákona o sociálnom poistení, keďže nebolo vydané v zákonnej lehote 60 dní, ktorá objektívne začala plynúť podaním prihlášky (registračného listu) zamestnanca. Je zrejmé, že ak by aj došlo (v rozpore so zákonom) k posunu okamihu začatia konania na deň ukončenia kontroly (12.3.2013), ktorú u žalobcu v 1/ rade vykonala žalovaná prostredníctvom organizačnej zložky, aj v takom prípade by bolo rozhodnutie vydané po zákonnej lehote a argumentácia žalovanej je v tomto smere arbitrárna a právne neudržateľná. Zákonnú lehotu je možné predĺžiť iba z dôvodu mimoriadnej zložitosti prípadu o ďalších 60 dní, k čomu však nedošlo. Rovnako nedošlo ani k využitiu inštitútu prerušenia konania podľa § 193 ods. 3 Zákona o sociálnom poistení. Žalovaná ako odvolací orgán rozhodla rovnako po uplynutí lehoty. Už len vzhľadom na túto skutočnosť sú žalobou napadnuté rozhodnutia nezákonné. 22. S nezákonnosťou napadnutých rozhodnutí bezprostredne súvisí aj list žalovanej, „Oznámenie týkajúce sa spoločností, ktoré na území Slovenskej republiky vykonávajú činnosť ako tzv. schránkové firmy“ zo dňa 25.7.2013, v ktorom žalovaná informuje príslušný poľský orgán sociálneho zabezpečenia (ZUS, Department Ubezpieczen i Sladek) o tom, že zamestnanci vybraných zamestnávateľov nepodliehajú slovenským právnym predpisom a tak v prípade podania odvolania zo strany zamestnancov resp. zamestnávateľov tieto bude zamietať a prvostupňové rozhodnutia príslušných organizačných zložiek budú potvrdzované. Je tak zrejmé, že zo strany žalovanej došlo takýmto postupom už vopred k prejudikovaniu rozhodnutí žalovanej a jej organizačných zložiek o tom, že dotknutí zamestnanci nepodliehajú slovenským právnym predpisom, a to bez toho, aby žalovaná vzala do úvahy riadne zistený skutkový stav v každom osobitnom prípade. Žalovaná zaškatuľkovala žalobcu ako zamestnávateľa spadajúceho do kategórie tzv. schránkovej firmy a nezaoberala sa individuálnymi okolnosťami a zisteniami, z ktorých vyplýva, že on ako zamestnávateľ nie je žiadnou schránkovou firmou, ale riadne v Slovenskej republike podniká a jeho zamestnanci riadne vykonávajú, resp. vykonávali prácu. 23. Poukázal tiež na to, že vydaním prvostupňového rozhodnutia, ako aj napadnutého rozhodnutia došlo k porušeniu princípu rovnakého zaobchádzania, pretože u žalobcu sú evidovaní a vykonávajú prácu aj zamestnanci, vo vzťahu ku ktorým pri existencii rovnakých podmienok organizačná zložka žalovanej nerozhodla o tom, že nepodliehajú slovenskej legislatíve, resp. rozhodla o zániku poistenia až po uplynutí platnosti formulárov A1. Týmto bol vo vzťahu k porovnateľným zamestnancom jeho zamestnávateľa uplatnený diametrálne odlišný postup ako vo vzťahu k iným zamestnancom, najmä občanom Poľskej republiky a to napriek tomu, že podkladom pre rozhodnutie prvostupňového orgánu bol jednotne zistený skutkový stav vo vzťahu ku všetkým zamestnancom toho istého zamestnávateľa. 24. Uviedol, že žalovaná poukazuje v napadnutom rozhodnutí na skutočnosti, ktoré neboli predmetom dokazovania v rámci konania na správnom orgáne prvého stupňa a neboli ani súčasťou zisteného skutkového stavu. Žalobca resp. jeho zamestnanci tak nemali možnosť reagovať na uvádzané skutočnosti, čím im bolo odňaté právo brániť sa a možnosť vyjadriť sa k všetkým tvrdeniam. 25. Zároveň poukázal žalobca tiež na to, že správny orgán rozhodol o zániku sociálneho poistenia zamestnanca (zamestnancov) spätne na základe kontroly vykonanej v marci 2013. Pri tejto kontrole objektívne nebolo možné zistiť okolnosti o reálnom výkone závislej práce zamestnanca a o registrovanom mieste podnikania spätne, preto výsledky tejto kontroly nemôžu byť relevantným podkladom pre náležité zistenie skutkového stavu a pre správne rozhodnutie. Rozhodnutie prvostupňového orgánu je preto z tohto dôvodu nepreskúmateľné. Navyše, táto kontrola bola vykonaná nezákonne, keďže do kompetencie Sociálnej poisťovne nespadá kontrola pracovnoprávnych vzťahov a kontrola výkonu práce. Takýmito kompetenciami disponuje iba príslušný Inšpektorát práce. 26. Zdôraznil, že v priebehu tejto kontroly vykonanej príslušnou organizačnou zložkou žalovanej riadne a včas predložil pracovné zmluvy, mzdové listy, výplatné pásky a evidenciu dochádzky svojich zamestnancov, čo bez akýchkoľvek pochybností preukazuje reálny výkon závislej práce jeho zamestnancov v pracovnom pomere na území Slovenskej republiky. Zároveň poukázal na skutočnosť, že v lete roku 2012 vykonala organizačná zložka žalovanej kontrolu, pričom v tom čase neboli zistené žiadne nedostatky vo vzťahu k reálnemu výkonu práce na území Slovenskej republiky, či k miestu podnikania žalobcu. 27. Poukázal na to, že ako zamestnávateľ spĺňa nepochybne všetky kritéria na to, aby jeho sídlo v Slovenskej republike spĺňalo podmienku registrovaného miesta podnikania - administratívni pracovníci pracujú v Slovenskej republike, sú tu uzatvárané pracovné zmluvy ako aj zmluvy s obchodnými partnermi, je tu sídlo, ktoré určuje podnikateľskú politiku a riadi prevádzkové záležitosti, vykonávajú sa tu finančné úkony, bankové prevody, ako aj samotný nábor nových zamestnancov. 28. Považuje za jednoznačne preukázané, že uplatniteľnou legislatívou vo vzťahu k sociálnemu zabezpečeniu jeho zamestnancov je legislatíva Slovenskej republiky. Minimálne sú rozhodnutia žalovanej a prvostupňového správneho orgánu nezákonné v retroaktívnej časti, keď nebolo vydané rozhodnutie odo dňa zistenia údajného nesplnenia podmienok uplatniteľnosti predpisov Slovenskej republiky, ale správne orgány rozhodli o neexistencii sociálneho poistenia zamestnancov žalobcu v 1/ rade spätne, za minulé obdobie. III. 29. Žalovaná vo vyjadrení zo dňa 25.4.2014 navrhla podanú žalobu ako nedôvodnú zamietnuť. Poukázala na to, že od vstupu Slovenskej republiky do Európskej únie sa od 1.5.2004 v oblasti sociálneho zabezpečenia uplatňujú koordinačné nariadenia. Nariadenia spoločenstva majú všeobecnú právnu pôsobnosť a uplatňujú sa priamo vo všetkých členských štátoch. Sú teda záväzné vo všetkých svojich častiach pre každého a musia byť uplatňované vnútroštátnymi orgánmi a štátnou správou, inštitúciami príslušnými v oblasti sociálneho zabezpečenia a vnútroštátnymi súdmi. Nariadenia spoločenstva majú prednosť pred vnútroštátnou legislatívou. Základným nariadením vo vzťahu ku koordinácii systémov sociálneho zabezpečenia je nariadenie (ES) Európskeho parlamentu a Rady č. 883/2004 z 29.4. 2004 o koordinácii systémov sociálneho zabezpečenia v znení Nariadenia (ES) Európskeho parlamentu a Rady č. 988/2009 zo 16.9.2009. S účinnosťou od 1.5.2010 sa uplatňuje aj Nariadenie Európskeho parlamentu a Rady (ES) č. 987/2009 zo 16.9.2009, ktorým sa stanovuje postup vykonávania základného nariadenia. Základnou úlohou koordinačných nariadení je určiť uplatniteľnú legislatívu, ktorá sa bude v oblasti sociálneho zabezpečenia vzťahovať na zamestnancov a samostatne zárobkovo činné osoby počas výkonu činnosti v rámci Európskeho spoločenstva. Uplatniteľná legislatíva sa určuje na základe všeobecných a osobitných pravidiel ustanovených v nariadení, ktoré majú výhradný účinok, t.j. neumožňujú, aby si dotknutá osoba mohla vybrať výhodnejší systém sociálneho zabezpečenia. Koordinačné nariadenia sú primárne založené na princípe „lex loci laboris“, a teda príslušnou legislatívou je zvyčajne legislatíva členského štátu, na ktorého území vykonáva dotknutá osoba činnosť. Ide o všeobecné pravidlo určovania uplatniteľných právnych predpisov upravené v článku 11 (3) základného nariadenia. Pri uplatnení osobitných pravidiel upravených v článku 13 základného nariadenia sa na osobu vzťahuje uplatniteľná legislatíva štátu, v ktorom je fyzická osoba zamestnaná. V oboch prípadoch je však pri určovaní uplatniteľnej legislatívy rozhodujúci nielen status osoby ako zamestnanca, ale aj reálny výkon činnosti za účelom zamedzenia manipulácii s uplatniteľnými právnymi predpismi a ich zneužívania v tejto oblasti. Samotná skutočnosť, že fyzická osoba má uzatvorenú pracovnú zmluvu, neznamená, že na území Slovenskej republiky činnosť zamestnanca aj vykonáva. Napriek tomu, že pojem reálneho výkonu činnosti nie je explicitne zadefinovaný v nariadení, v pravidlách určujúcich uplatniteľnú legislatívu ustanovených v hlave II. nariadenia je pojem reálneho výkonu činnosti jedným z faktorov na posúdenie a určenie príslušnosti k právnym predpisom sociálneho zabezpečenia. 30. Splnenie podmienok na určenie uplatniteľnej legislatívy v súlade s koordinačnými nariadeniami, ktoré upravujú oblasť sociálneho zabezpečenia, je oprávnená kontrolovať inštitúcia ustanovená na tento účel, ktorá je zároveň inštitúciou oprávnenou na určenie uplatniteľnej legislatívy, t.j. na území Slovenskej republiky ide o Sociálnu poisťovňu. V niektorých prípadoch, ak ide o podozrenie, že zo strany zamestnávateľov dochádza k obchádzaniu právnych predpisov sociálneho zabezpečenia (bez rozdielu národnosti či štátnej príslušnosti), uskutočňuje Sociálna poisťovňa kontroly týkajúce sa preverenia reálneho výkonu činnosti zamestnancov v spolupráci s Národným inšpektorátom práce. Na základe výsledkov kontrol boli vyhodnotené ako firmy, ktorých zamestnanci reálne vykonávajú činnosť na území Slovenskej republiky aj firmy, ktoré zamestnávajú prevažne zamestnancov s bydliskom na území Poľskej republiky. Títo zamestnanci boli naďalej ponechaní v systém sociálneho zabezpečenia Slovenskej republiky. Kontrola vykonaná Národným inšpektorátom práce v spoločnosti žalobcu v 1/ rade dňa 21.11.2011 bola zameraná na iné skutočnosti, ako skutočnosti rozhodujúce na preukázanie reálneho výkonu činnosti zamestnancov a splnenie základných podmienok na určenie miesta podnikania v súvislosti s aplikáciou koordinačných nariadení. 31. Žalovaná uviedla, že je povinná vykonávať kontrolu splnenia podmienok na určenie uplatniteľnej legislatívy vždy, ak príslušná inštitúcia v mieste bydliska dotknutej fyzickej osoby, ktorá žiada o určenie uplatniteľnej legislatívy, nadobudne pochybnosti ohľadom určenia uplatniteľnej legislatívy a za týmto účelom požiada o poskytnutie potrebných údajov. V každom takomto prípade je Sociálna poisťovňa povinná preveriť relevantné skutočnosti a informovať každý členský štát Európskej únie, ktorý požiadal Sociálnu poisťovňu o spoluprácu, nielen Poľskú republiku, o zistených skutočnostiach. Povinnosť príslušných orgánov a inštitúcií členských štátov navzájom spolupracovať, vzájomne sa informovať o relevantných skutočnostiach a poskytovať svoje služby a komunikovať medzi sebou priamo vyplýva z článku 76 základného nariadenia. Orgány a inštitúcie členských štátov spolupracujú aj v oblasti boja proti podvodom a omylom v rámci základného nariadenia a vykonávacieho nariadenia, čo vyplýva z rozhodnutia správnej komisie pre koordináciu systémov sociálneho zabezpečenia č. H5 z 18.3.2010. 32. Kontroly zamerané na reálny výkon činnosti zamestnancov na území Slovenskej republiky, ktorí majú bydlisko v Poľskej republike, začala Sociálna poisťovňa vykonávať na základe podnetov poľskej inštitúcie sociálneho zabezpečenia ZUS (Základ Ubezpieczeň Spolecznych), Varšava. Vo viacerých prípadoch ZUS Varšava žiadala Sociálnu poisťovňu o informáciu, či dotknuté osoby vykonávajú činnosť zamestnanca na území Slovenskej republiky, kde má zamestnávateľ sídlo. ZUS Varšava zdôvodnila svoju žiadosť tým,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Taktiež sociálna poisťovňa zaznamenala v predchádzajúcich rokoch nárast registrácii tzv. „poľských zamestnávateľov“, ktorí prihlásili na povinné sociálne poistenie zamestnancov v pracovnoprávnom vzťahu, ktorých príjem sa pohyboval v rozpätí od 25,- EUR do 50,- EUR mesačne a pracovná činnosť v rozsahu 4 až 10 hodín mesačne. Sociálna poisťovňa ako inštitúcia príslušná na vykonávanie ustanovení základného nariadenia a vykonávacieho nariadenia bola oprávnená preveriť, či nedochádza zo strany osôb s bydliskom v Poľskej republike k obchádzaniu právnych predpisov sociálneho zabezpečenia a k zneužívaniu slovenského systému sociálneho zabezpečenia.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následne informuje príslušnú inštitúciu sociálneho zabezpečenia v Poľskej republike. Len v tých prípadoch, kde sa nepreukáže reálny výkon činnosti dotknutého zamestnanca na základe špecifických kritérií, rozhoduje Sociálna poisťovňa o tom, že konkrétnemu zamestnancovi nevzniklo, resp. zaniklo povinné nemocenské poistenie, povinné dôchodkové poistenie a povinné poistenie v nezamestnanosti podľa slovenskej legislatívy. V prípade, ak sociálna poisťovňa už vystavila zamestnancom formulár E 101 SK/PD A1, títo zamestnanci podliehajú slovenskej legislatíve až do dňa platnosti formulárov. Sociálna poisťovňa tieto formuláre spätne neruší. Následne po ukončení platnosti príslušného formulára sociálna poisťovňa rozhoduje o zániku sociálneho poistenia dňom, ktorým platnosť formulára skončila. Ak sa jedná o zamestnancov, ktorým doteraz nebol vystavený formulár PD A1 o určení uplatniteľnej legislatívy, a na základe kontrol vykonaných sociálnou poisťovňou nebol preukázaný reálny výkon činnosti zamestnancov na území Slovenskej republiky a splnenie podmienok registrovaného sídla zamestnávateľa, sociálna poisťovňa rozhoduje o tom, že dotknutému zamestnancovi povinné sociálne poistenie na území Slovenskej republiky nevzniklo. Obdobne postupovala Sociálna poisťovňa aj v prípade žalobcu a jeho zamestnancov. 33. V tejto súvislosti žalovaná uviedla, že na určenie miesta výkonu činnosti zamestnancov je nevyhnutné posúdiť, či registrované sídlo alebo miesto podnikania zamestnávateľa spĺňa základné kritéria, na základe ktorých je možné dospieť k záveru, že zamestnanci tohto zamestnávateľa činnosť reálne vykonávajú.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vychádzala z praktickej príručky „Právne predpisy, ktoré sa vzťahujú na zamestnancov v Európskej únii, Európskom hospodárskom priestore a vo Švajčiarsku“, ktorá sa uplatňuje v rámci celej Európskej únie. Zamestnanci Sociálnej poisťovne, pobočka Košice, boli dňa 25.2.2013 poverení vykonať kontrolu u zamestnávateľa, žalobcu v 1/ rade, v mieste jeho registrovaného sídla. Kancelária ani prevádzka zamestnávateľa sa na adrese uvedenej v živnostenskom registri nenachádzala. Do pobočky sociálnej poisťovne za účelom pracovného stretnutia sa dňa 6.3.2013 dostavil splnomocnený zástupca žalobcu v 1/ rade. Zo záznamu z pracovného stretnutia č. 53400-3/2013-KEM vyplýva, že adresa uvedená v živnostenskom oprávnení je iba virtuálnou adresou zamestnávateľa. Pracovné stretnutia sa uskutočňujú na adrese Svidník, Centrálna 274 (Hotel Rubín), kde má splnomocnený zástupca kanceláriu. Táto adresa však v živnostenskom oprávnení zamestnávateľa uvedená nie je. Zápisy z pracovných stretnutí sa nevykonávajú, a tak nie je možné relevantným dokladom preukázať, či sa tieto pracovné stretnutia skutočne vykonávajú. Všetky účtovné doklady a doklady týkajúce sa zamestnancov zamestnávateľ neriadi z miesta registrovaného sídla, ale z miesta svojho trvalého bydliska, t.j. z Poľskej republiky. Prácu prideľuje zamestnancom ústne. Písomný rozpis zadávania prác jednotlivým zamestnancom zamestnávateľa sa nevyhotovuje. Skutočné miesto výkonu práce u jednotlivých zamestnancov nie je možné jednoznačne určiť, pretože je viazané len na objednávku zadávateľa a práca nie je vopred naplánovaná. Doklady preukazujúce reálny výkon práce zamestnanca na určenom mieste v určený deň, napr. vyúčtovanie cestovných nákladov alebo cestovné príkazy, z ktorých by bolo zrejmé, že zamestnanec vykonával prácu na určenom mieste, tiež neboli žalovanej predložené. Záznam z tohto pracovného stretnutia bol prerokovaný a podpísaný so splnomocneným zástupcom žalobcu, z čoho je zrejmé, že splnomocnený zástupca žalobcu v 1/ rade sa s obsahom záznamu oboznámil. Uvedený záznam tvorí prílohu tohto vyjadrenia. Súčasne žalovaná poznamenáva, že kontrola vykonaná zamestnancami Sociálnej poisťovne, pobočka Svidník v roku 2011, na ktorú žalobca v 1/ rade poukazuje, bola zameraná na kontrolu odvodu poistného na sociálne poistenie a príspevkov na starobné dôchodkové sporenie a plnenia povinností zamestnávateľa uložených zákonom č. 461/2003 Z.z. v znení neskorších predpisov. V rámci tejto kontroly sa teda nezisťovali skutočnosti relevantné na preverenie reálneho výkonu činnosti zamestnancov žalobcu. 34. Až po riadnom vyhodnotení skutkového stavu, vychádzajúc aj zo záznamu z pracovného stretnutia, pristúpila Sociálna poisťovňa, pobočka Košice, k vydaniu prvostupňových rozhodnutí, ktorými rozhodla, že dotknutým zamestnancom žalobcu, ktorých žalobca v 1/ rade prihlásil na sociálne poistenie v pobočke sociálnej poisťovne, nevzniklo, resp. zaniklo povinné nemocenské poistenie, povinné dôchodkové poistenie a povinné poistenie v nezamestnanosti podľa slovenskej legislatívy. Sociálna poisťovňa vzhľadom na kontrolné zistenia dospela k záveru, že žalobca v 1/ rade v zmysle kritérií stanovených na určenie registrovaného sídla alebo miesta podnikania vykazuje znaky schránkovej spoločnosti, pričom vychádzala z uvedenej Praktickej príručky. Článok 14 (5a) vykonávacieho nariadenia v znení Nariadenia Rady (EÚ) č. 465/2012 z 22.5.2012 vyžaduje splnenie určitých podmienok, t.j. na účely uplatňovania hlavy II. základného nariadenia sa pod pojmom „registrované sídlo alebo miesto podnikania“ rozumie miesto, kde sa prijímajú zásadné rozhodnutia podniku a vykonávajú funkcie jeho ústrednej správy. Miesto podnikania žalobcu v 1/ rade (do 20.5.2013 Košice, Palárikova 16, od 21.5.2013 Svidník, Karpatská 754/7) nie je možné považovať za registrované miesto podnikania na účely II. hlavy základného nariadenia. Kontrolou nebol preukázaný reálny výkon činnosti zamestnancov na území Slovenskej republiky a ani zamestnanci sociálnej poisťovne vykonávajúci kontrolu sa so žiadnymi zamestnancami žalobcu v 1/ rade osobne nestretli. 35. Žalovaná uviedla, že vznik a zánik povinného nemocenského poistenia, povinného dôchodkového poistenia a povinného poistenia v nezamestnanosti zamestnanca nie je podmienený podaním prihlášky alebo odhlášky z tohto poistenia. Prihláška na sociálne poistenie teda nemá konštitutívne účinky, ale len deklaruje právnu skutočnosť, s ktorou zákon (v danom prípade nariadenie) spája vznik povinného sociálneho poistenia. Prihláška do poistenia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36. Zamestnancovi žalobcu v 1/ rade, O. T. J., žalobcovi v 2/ rade žalovaná formulár PD A1 nevystavila. Žalobca v 1/ rade prihlásil svojho zamestnanca do systému sociálneho poistenia dňa 1.7.2011 v pobočke žalovanej. Podanie prihlášky však nemôže deklarovať vznik povinného sociálneho poistenia, ak je v rozpore s koordinačnými nariadeniami Európskej únie a žalobcovi v 2/ rade týmto dňom tak nevzniklo povinné nemocenské, dôchodkové poistenie a poistenie v nezamestnanosti. 37. Podľa právneho názoru žalovanej, v súlade s § 185 ods. 4 zákona č. 461/2003 Z.z., za prvý úkon, ktorým začalo konanie vo veci sociálneho poistenia, bolo doručenie rozhodnutia prvostupňového orgánu účastníkom konania. Voči rozhodnutiam pobočky sociálnej poisťovne sa mali možnosť účastníci konania brániť využitím opravných prostriedkov a v odvolaní namietať skutočnosti, ktoré podľa účastníkov konania boli v rozpore so zákonom. Uvedenú možnosť účastník konania v zákonom stanovenej lehote využil. IV. 38. Z predloženého administratívneho spisu súd zistil, že vo vzťahu k zamestnancovi žalobcu, Sociálna poisťovňa, pobočka Košice rozhodnutím č. 90666-1/2013-KEM zo dňa 9. septembra 2013, ako orgán príslušný rozhodovať o vzniku, prerušení a zániku sociálneho poistenia v sporných prípadoch podľa § 210 ods. 1 Zákona o sociálnom poistení, rozhodla tak, že zamestnancovi nevzniklo povinné nemocenské poistenie, povinné dôchodkové poistenie a povinné poistenie v nezamestnanosti v období od 1.7.2011 do 31.12.2011 podľa slovenskej legislatívy, a to podľa § 178 ods. 1 písm. a/ bod prvý Zákona o sociálnom poistení. 39. Z prvostupňového rozhodnutia Sociálnej poisťovne, pobočky Košice vyplýva, že tá rozhodovala pri aplikácii Nariadenia (ES) Európskeho parlamentu a Rady č. 883/2004 z 29.4.2004 o koordinácii systémov sociálneho zabezpečenia v znení Nariadenia (ES) Európskeho parlamentu a Rady č. 988/2009 z 16.9.2009 (ďalej len základné nariadenie) a vykonávacieho nariadenia Európskeho parlamentu a Rady (ES) č. 987/2009 z 16.9.2009. 40. V rozhodnutí citovala čl. 11 (3) (a), čl. 13 (1), 13 (3) základného nariadenia. K skutkovým okolnostiam uviedla, že zamestnanci Sociálnej poisťovne, pobočky Košice vykonali kontrolu u zamestnávateľa, žalobcu, na registrovanom mieste podnikania v Košiciach, Palárikova 16, ktoré je uvedené v živnostenskom registri. Na mieste bolo zistené, že tento subjekt na uvedenej adrese nemá zriadenú kanceláriu, resp. prevádzku. Dňa 6.3.2013 sa dostavil do pobočky Sociálnej poisťovne splnomocnený zástupca zamestnávateľa, Ing. Miloslav Almaši (záznam zo stretnutia č. 53400-2/2013- KEM), ktorý uviedol, že adresa uvedená v živnostenskom oprávnení je len virtuálnou adresou zamestnávateľa. Pracovné stretnutia sa uskutočňujú na adrese Svidník, Centrálna 274 (Hotel Rubín), kde má kanceláriu splnomocnený zástupca. Záznamy z pracovných stretnutí neexistujú. Predmetom činnosti je doručovanie reklamných letákov, miesto výkonu činnosti sa tak nedá presne určiť, je viazaný na konkrétnu objednávku. Práca sa následne prideľuje ústne, písomné rozpisy úloh a pracovnej náplne sa nevyhotovujú. Na základe výsledkov kontroly tak nebolo preukázané, že konkrétny zamestnanec, O. T. J., reálne vykonával činnosť ako zamestnanec na území Slovenskej republiky. Preto nemôže podliehať slovenským právnym predpisom. S poukazom na uvedené skutočnosti sa konštatovalo, že tomuto zamestnancovi nevzniklo povinné nemocenské poistenie, povinné dôchodkové poistenie a povinné poistenie v nezamestnanosti ako zamestnancovi v období 1.7.2011 do 31.12.2011 podľa slovenskej legislatívy. 41. Proti tomuto rozhodnutiu podal žalobca odvolanie. Citoval v ňom body 8, 11, 15, 17 Základného nariadenia, čl. 11 bod 3a nariadenia, § 11 ods. 1, § 4, § 210 ods. 1, 2 Zákona o sociálnom poistení, § 5 ods. 1 a/ zákona č. 595/2003 Z.z. o dani z príjmov. Poukázal na to, že rozhodnutie je nepreskúmateľné, nezákonné, vydané po lehote v zmysle § 210 ods. 2 Zákona o sociálnom poistení, že porušuje princípy rovnakého zaobchádzania a diskriminuje občanov Poľskej republiky pracujúcich na území Slovenskej republiky. Poukázal na charakter obchodnej činnosti, ktorou sa zaoberá, t.j. reklamná a marketingová služba spojená predovšetkým s rozvozom reklamných letákov. Je tiež nesporné, že pri výkone kontroly boli z jeho strany predložené všetky relevantné dôkazy preukazujúce výkon práce jeho zamestnancov (pracovné zmluvy, mzdové listy, evidencie dochádzky) a rovnako je preukázaná riadna úhrada odvodov do systému sociálneho poistenia z jeho strany vo vzťahu k jeho zamestnancom. 42. O odvolaní rozhodla žalovaná dňa 4. februára 2014, rozhodnutím č. 15681-2/2014-BA tak, že odvolanie žalobcu v 1/ rade zamietla a rozhodnutie Sociálnej poisťovne, pobočky Košice potvrdila. V. 43. Uznesením NS SR, sp.zn. 7Sźso/63/2015 bol zrušený rozsudok KS Prešov zo dňa 7.mája 2015, č.k. 4S/229/2014-43 a vec vrátená tunajšiemu súdu na ďalšie konanie. .44. Po zrušení uvedeného rozsudku v súlade s názorom NS SR vysloveným v zrušujúcom rozsudku, tunajší súd uznesením zo dňa 13.júla 2017 pribral do konania podľa § 32 ods.3 Ssp ako účastníka konania O.a T. J.. 45. Z rozhodnutia Sociálnej poisťovne, pobočky Košice vyplýva, že táto výrok rozhodnutia odôvodnila aplikáciou Nariadenia (ES) Európskeho parlamentu a Rady č. 883/2004 z 29.04.2004 o koordinácii systémov sociálneho zabezpečenia v znení Nariadenia (ES) Európskeho parlamentu a Rady č. 988/2009 z 16.09.2009 (ďalej len základné nariadenie) a vykonávacie Nariadenie Európskeho parlamentu a Rady (ES) č. 987/2009 z 16.09.2009, ktorým sa vykonáva Nariadenie č. 883/2004. 46. Citovala čl. 11 (3) (a) základného nariadenia, podľa ktorého s výhradou článkov 12 a 16 osoba vykonávajúca činnosť ako zamestnanec alebo samostatne zárobkovo činná osoba v členskom štáte podlieha právnym predpisom tohto členského štátu. Argumentovala tým, že v súvislosti s pravidlom uplatniteľnej legislatívy len jedného členského štátu základné nariadenie v článku 13 stanovuje, ktorým právnym predpisom podlieha osoba vykonávajúca činnosti v dvoch alebo viacerých členských štátoch. 47. Čl. 13 (1) základného nariadenia v znení účinnom do 27.júna 2012 upravoval, že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48. Dôvodila tým, že čl. 13 (3) základného nariadenia upravuje,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49. Uviedla, že vykonala kontrolu u žalobcu a zistila, že tento nemá na uvedenej adrese zriadenú žiadnu kanceláriu, resp. prevádzku. 50. Uviedla, že u O.a T. J. nebol preukázaný reálny výkon činnosti ako zamestnaca na území Slovenskej republiky a preto nemôže podliehať slovenským právnym predpisom podľa čl. 11(13) (a), 13(1), 13(3) základného nariadenia. vo vzťahu ku konkrétnej fyzickej osobe ako zamestnancovi žalobcu konštatovala, že mu nevzniklo povinné nemocenské poistenie, povinné dôchodkové poistenie a povinné poistenie v nezamestnanosti ako zamestnancovi v období od 1.7.2011 do 31.12.2011 podľa slovenskej legislatívy. VI. 51. Podľa § 185 ods. 4 Zákona o sociálnom poistení konanie, ktoré sa začína na podnet organizačnej zložky Sociálnej poisťovne, je začaté odo dňa, keď príslušná organizačná zložka Sociálnej poisťovne urobila voči účastníkovi konania prvý úkon. Zákon o sociálnom poistení však nekonkretizuje o aký úkon má ísť, a preto je možné za prvý úkon považovať aj doručenie rozhodnutia, pokiaľ Sociálna poisťovňa disponovala potrebnými a dostatočnými podkladmi pre rozhodnutie. Rovnaký právny názor vyslovil aj Najvyšší súd Slovenskej republiky v rozsudku sp. zn. 7Sžso/20/2010. 52. Obstaranie podkladov pre rozhodnutie je vecou organizačnej zložky Sociálnej poisťovne. Organizačná zložka sociálnej poisťovne nie je viazaná len návrhmi účastníkov konania ale je povinná vykonať z vlastnej iniciatívy také dôkazy, ktoré môžu prispieť k presnému a úplnému zisteniu skutočného stavu veci. Organizačná zložka Sociálnej poisťovne je oprávnená rozhodnúť, ktoré dôkazy a v akom rozsahu vykoná, pričom dôkazy hodnotí podľa svojej úvahy, a to každý dôkaz osobitne a všetky dôkazy vo vzájomnej súvislosti, z čoho vyplýva, že je vecou organizačnej zložky sociálnej poisťovne, či určitú skutočnosť považuje za dokázanú, či vykonané dôkazy postačujú alebo či treba vykonať dôkazy ďalšie, alebo či si treba obstarať ešte iné podklady pre rozhodnutie. 53. V preskúmavanej veci sa žalobca domáha preskúmania zákonnosti postupu a rozhodnutia žalovanej ako odvolacieho orgánu v spojení s prvostupňovým rozhodnutím podľa druhej hlavy piatej časti Občianskeho súdneho poriadku upravujúcej rozhodovanie o žalobách proti rozhodnutiam a postupom správnych orgánov. 54. Z uvedeného je teda zrejmé, že konanie v predmetnej veci bolo realizované za účinnosti zákona č. 99/1963 Zb. Občianskeho súdneho poriadku v znení neskorších predpisov. 55.. Zákon č. 162/2015 Z.z. Správny súdny poriadok nadobudol účinnosť dňom 01.júla 2016 a v prechodnom ustanovení § 491 ods. 1 upravil, že ak nie je ďalej ustanovené inak, platí tento zákon aj na konania začaté podľa piatej časti Občianskeho súdneho poriadku predo dňom nadobudnutia jeho účinnosti. Podľa ods. 2 tohto ustanovenia -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56. Z citovaného ustanovenia teda vyplýva, že súd v konaní pokračuje podľa ustanovení Správneho súdneho poriadku. 57. Správny súdny poriadok v ustanovení § 2 ods. 1 upravuje, že v správnom súdnictve poskytuje správny súd ochranu právam alebo právom chráneným záujmom fyzickej osoby a právnickej osoby v oblasti verejnej správy a rozhoduje v ďalších veciach ustanovených týmto zákonom. Podľa ods. 2 tohto ustanovenia -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58. Vzhľadom na predmet konania je zrejmé, že podľa Správneho súdneho poriadku ide o správnu žalobcu v sociálnych veciach, lebo podľa § 199 ods. 1 písm. a/ sociálnymi vecami sa na účely tohto zákona rozumie rozhodovanie Sociálnej poisťovne. 59. Podľa § 199 ods. 3 SSP - ak nie je v tejto hlave ustanovené inak, použijú sa na konanie v sociálnych veciach ustanovenia o konaní o všeobecnej správnej žalobe. 60. Prvá časť Správneho súdneho poriadku vo všeobecných ustanoveniach a to § 32 ods. 1 upravuje, že účastníkmi konania sú žalobca, žalovaný a ďalší účastníci, ak tento zákon neustanovuje inak. Podľa ods. 2 tohto ustanovenia - žalovaným je orgán verejnej správy určený týmto zákonom, ak tento zákon neustanovuje inak. 61. Podľa § 32 ods. 3 - ďalšími účastníkmi sú tí, a/ ktorí boli účastníkmi administratívneho konania, b/ na ktorých sa pre nerozlučné spoločenstvo práv a povinností so žalobcom alebo účastníkmi administratívneho konania musí tiež vzťahovať rozhodnutie správneho súdu, c/ ktorých za účastníkov označuje zákon. 62. Podľa § 177 ods. 1 v spojení s § 199 ods. 3 SSP - správnou žalobou sa žalobca môže domáhať ochrany svojich subjektívnych práv proti rozhodnutiu orgánu verejnej správy alebo opatreniu orgánu verejnej správy a podľa ods. 2 tohto ustanovenia - ochrany iných ako subjektívnych práv sa môže domáhať len prokurátor alebo subjekt výslovne na to oprávnený zákonom. 63. Podľa § 178 ods. 1 v spojení s § 199 ods. 3 Správneho súdneho poriadku - žalobcom je fyzická osoba alebo právnická osoba, ktorá o sebe tvrdí, že ako účastník administratívneho konania bola rozhodnutím orgánu verejnej správy alebo opatrením orgánu verejnej správy ukrátená na svojich právach alebo právom chránených záujmoch. 64. Z citovaných ustanovení Správneho súdneho poriadku teda vyplýva, že základným znakom pre definíciu žalobcu je, že ide o ukrátenie na vlastných subjektívnych právach žalobcu. Žalobca sa preto žalobou nemôže domáhať ochrany iných osôb. 65. Z uvedeného je teda nesporné, že ten, kto o sebe tvrdí, že je žalobcom, musí byť súčasne aktívne legitimovaný hmotnoprávne, čo znamená, že musí ísť o skutočné ukrátenie a musí ísť o aktívne legitimovanú hmotnoprávnu osobu. Nedostatok hmotnej legitimácie znamená, že ak takáto osoba nebola ukrátená na právach, súd žalobu zamietne. Je treba rozlišovať aj procesnú legitimáciu, ak ide o prípad, kedy žalobca ani netvrdí ukrátenie na právach, resp. netvrdí, že rozhodnutie bolo nezákonné, čo musí tvrdiť, inak by súd, ktorý je viazaný žalobcovým tvrdením, nemal čo preskúmavať a viedlo by to k zastaveniu konania. 66. Žalobca namieta, že správne orgány v preskúmavanej veci nedodržali zákonný postup, rozhodnutia sú nezákonné, arbitrárne, avšak v žalobe okrem nedodržania zákonnej 60-dňovej lehoty na vydanie napadnutých rozhodnutí netvrdí žiadne porušenie jeho subjektívnych práv. Z obsahu spisu vyplýva, že pri vydávaní rozhodnutí neboli dodržané procesné lehoty, avšak aj podľa názoru súdu identicky s názorom žalovanej toto procesné pochybenie nemá vplyv na zákonnosť napadnutých rozhodnutí. Súd v konaní prihliada len na tie vady konania pred správnym orgánom, ktoré mohli mať vplyv na zákonnosť napadnutého rozhodnutia. Zrušením žalobou napadnutého rozhodnutia sociálnej poisťovne pobočky a žalovanej len z tohto dôvodu by žalobca nedosiahol priaznivejšie rozhodnutie vo veci. 67. Je zrejmé, že namietaná nezákonnosť postupu a rozhodnutia žalovanej a prvostuťpňového správneho orgánu bez uvedenia konkrétnych porušení subjektívnych práv žalobcu je pre rozhodnutie súdu vo veci irelevantné. Je nesporné, že žalobca ako zamestnávateľ platil povinné nemocenské poistenie, povinné dôchodkové poistenie a povinné poistenie v nezamestnanosti. V tejto súvislosti je treba poukázať na to, že Zákon o sociálnom poistení č. 461/2003 Z.z. v znení neskorších predpisov v § 145 ods. 1 upravuje, že sociálna poisťovňa je povinná vrátiť poistné, ktoré bolo zaplatené bez právneho dôvodu fyzickej osobe alebo právnickej osobe povinnej odvádzať poistné, alebo jej právnemu zástupcovi do 30 dní od a/ zistenie tejto skutočnosti Sociálnou poisťovňou, alebo b/ doručenia písomnej žiadosti fyzickej alebo právnickej osoby povinnej odvádzať poistné alebo jej právneho nástupcu. Podľa ods. 3 § 145 Zákona o sociálnom poistení - právo na vrátenie poistného sa premlčí do 10 rokov od posledného dňa kalendárneho mesiaca, v ktorom bola platba uvedená v odseku 1 a 2 a zúčtovaná na účet sociálnej poisťovne v štátnej pokladnici. Podľa ods. 4 tohto ustanovenia - poistné, ktoré je sociálna poisťovňa povinná vrátiť, sa použije na zápočet pohľadávky sociálnej poisťovne voči fyzickej osobe alebo právnickej osobe povinnej odvádzať poistné alebo voči jej právnemu nástupcovi. 68. Prvostupňové konanie tvorí s odvolacím konaním jeden celok a odvolací orgán môže doplniť odôvodnenie odvolaním napadnutého rozhodnutia. Táto skutočnosť jednoznačne vyplýva z ustanovenie § 218 ods. 1 zákona č. 461/2003 Z.z. o sociálnom poistení, podľa ktorého odvolací orgán preskúma napadnuté rozhodnutie v celom rozsahu. Ak je to nevyhnutné, doterajšie konanie doplní, prípadne zistené nedostatky odstráni. 69. S odkazom na vyššie citované ustanovenia Zákona o sociálnom poistení ani tým, že žalobca platil poistné, nebolo zasiahnuté do jeho majetkovej sféry. Žalobca teda v žalobe nenamietal žiadne také porušenie jeho subjektívnych práv, ktoré by mali za následok nezákonnosť rozhodnutí správnych orgánov. 70. V súvislosti s postavením O.a T. J. súd vychádzal z právneho názoru Najvyššieho súdu SR uvedeného v citovanom uznesení, že bol účastníčkom administratívneho konania, pričom z ustanovení Správneho súdneho poriadku jednoznačne vyplýva, že na rozdiel od predtým platného Občianskeho súdneho poriadku súd účastníka konania samostatným uznesením nepriberá, ale koná s ním priamo ako s účastníkom súdneho konania s označením „za účasti“. XX. Podľa názoru súdu O.H. T. Rokovi neprislúcha postavenie účastníka konania podľa citovaného ustanovenia § XX ods. X písm. b/ Správneho súdneho poriadku, pretože účastníkom administratívneho konania bola a § XX ods. X písm. b/ upravuje situáciu, kedy ide o osobu, ktorá je pre nerozlučné spoločenstvo práv a povinností so žalobcom alebo účastníkom administratívneho konania priamo dotknutá na svojich hmotnoprávnych právach zrušením administratívneho rozhodnutia správnym súdom. 72. V preskúmavanej veci však súd nezrušuje rozhodnutie správneho orgánu. Pan O. T. J.alobu nepodal. Podľa názoru súdu vo vzťahu žalobcu a O. T. J. nejde o procesné spoločenstvo nerozlučné, pretože toto je definované povahou predmetu konania, ktorá vyplýva z hmotného práva. Práva a povinnosti žalobcu ako zamestnávateľa a zamestnanca nie sú identické. 73. V súvislosti s postavením O. T. J. ako účastníka administratívneho konania súd poukazuje na rozsudok Najvyššieho súdu SR zo dňa 28.02.2017 sp. zn.: 9Sžo 3/2015 v identickej veci, v ktorej konštatoval, že „ustanovenie § 250 ods. 1 O.s.p. je vo vzťahu k pribratému účastníkovi konania potrebné vykladať tak, že ide predovšetkým o zabezpečenie práva takého účastníka byť informovaný o prípadnej zmene v jeho právach a povinnostiach, ktoré môže byť spôsobené prípadným zrušením žalobou napadnutého rozhodnutia správneho orgánu“. 74. Po preskúmaní rozhodnutia sociálnej poisťovne pobočky a žalovanej v rozsahu a z dôvodov uvedených v žalobe súd dospel k záveru, že žaloba nie je dôvodná, žalobca nepreukázal, že rozhodnutiami správnych orgánov bolo zasiahnuté do jeho subjektívnych práv, a preto žalobu ako nedôvodnú podľa § 190 Správneho súdneho poriadku zamietol. VII. 75. O náhrade trov konania rozhodol podľa § 167 a § 168 SSP, lebo žalobca v konaní úspech nemal a priznať žalovanej nárok na náhradu trov konania vo vzťahu k žalobcovi súd nepovažoval za spravodlivé. VIII. 76. ;Senát správneho súdu vo veci rozhodol v pomere hlasov 3:0. Poučenie: Proti tomuto rozsudku je prípustná kasačná sťažnosť v lehote jedného mesiaca od doručenia rozhodnutia (§ 443 ods. 1 S.s.p.) na Najvyšší súd Slovenskej republiky prostredníctvom Krajského súdu v Prešove,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a návrh výroku rozhodnutia.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https://www.kauzis.sk/judikatura/r/ECLI:SK:KSPO:2017:8014200345.6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