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20Co/39/2017 z 11. 4. 2017</w:t>
      </w:r>
    </w:p>
    <w:p>
      <w:r>
        <w:t>Uznesenie Krajského súdu Prešov z 11. apríla 2017, sp. zn. 20Co/39/2017, ECLI:SK:KSPO:2017:8115225711.2</w:t>
      </w:r>
    </w:p>
    <w:p>
      <w:r>
        <w:t>Súd: Krajský súd Prešov</w:t>
      </w:r>
    </w:p>
    <w:p>
      <w:r>
        <w:t>Spisová značka: 20Co/39/2017</w:t>
      </w:r>
    </w:p>
    <w:p>
      <w:r>
        <w:t>ECLI: ECLI:SK:KSPO:2017:8115225711.2</w:t>
      </w:r>
    </w:p>
    <w:p>
      <w:r>
        <w:t>Dátum vydania: 11.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20Co/39/2017 Identifikačné číslo súdneho spisu: 8115225711 Dátum vydania rozhodnutia: 12. 04. 2017 Meno a priezvisko sudcu, VSÚ: JUDr. Michal Boroň ECLI: ECLI:SK:KSPO:2017:8115225711.2 Uznesenie Krajský súd v Prešove v senáte zloženom z predsedu senátu JUDr. Michala Boroňa a členov senátu JUDr. Petra Straku a JUDr. Martina Kopinu v právnej veci žalobkyne: S. J., nar. XX.XX.XXXX, trvale bytom v G., C. XX, právne zastúpená: JUDr. Ernestom Vokálom, advokátom so sídlom v Prešove, Hlavná 61, p r o t i žalovanej: K. E., nar. XX.X.XXXX, trvale bytom v G., P. XX/A, právne zastúpená: JUDr. Ladislavom Lukáčom, advokátom so sídlom v Prešove, Hlavná 19, o zdržanie sa zásahov do práva zodpovedajúcemu vecnému bremenu, o späťvzatí odvolania žalovanej proti uzneseniu Okresného súdu Prešov č.k. 10C/410/2015 - 74 zo dňa 09.11.2016 takto r o z h o d o l : I. Odvolacie konanie sa z a s t a v u j e. II. Stranám sa náhrada trov odvolacieho konania n e p r i z n á v a. o d ô v o d n e n i e : 1. Napadnutým uznesením súd prvej inštancie zamietol návrh žalovanej na zrušenie neodkladného opatrenia č.k. 10C/410/2015 - 26 zo dňa 27.10.2015. 2. Proti tomuto uzneseniu včas podala odvolanie žalovaná, ktorý následne svoje odvolanie vzala späť podaním zo dňa 07.03.2017. 3. Odvolací súd prejednal vec bez nariadenia pojednávania a dospel k záveru, že odvolacie konanie je potrebné v danom prípade zastaviť. 4. Podľa § 369 ods. 1 CSP, dokiaľ o odvolaní nebolo rozhodnuté možno ho vziať späť. Ak odvolateľ vzal odvolanie späť, nemôže ho podať znova. 5. Podľa § 369 ods. 3 CSP, ak sa odvolanie, o ktorom nebolo rozhodnuté vzalo späť, odvolací súd odvolacie konanie zastaví. 6. Na základe uvedených skutočností odvolací súd odvolacie konanie zastavil. 7. O trovách odvolacieho konania odvolací súd rozhodol postupom podľa § 396 ods. 1 v spojení s § 256 ods. 1 CSP. V odvolacom konaní bola úspešná žalobkyňa, nakoľko žalovaná procesným spôsobom zavinila zastavenie odvolacieho konania. Žalobkyni však v súvislosti s odvolaním žalovanej žiadne trovy nevznikli. 8. Rozhodnutie prijal senát Krajského súdu v Prešove v pomere hlasov 3:0. Poučenie: Proti tomuto uzneseniu nie je prípustné odvolanie.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s výnimkou prípadov podľa § 429 ods.2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https://www.kauzis.sk/judikatura/r/ECLI:SK:KSPO:2017:8115225711.2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