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5Cob/57/2017 z 6. 12. 2017</w:t>
      </w:r>
    </w:p>
    <w:p>
      <w:r>
        <w:t>Uznesenie Krajského súdu Prešov z 6. decembra 2017, sp. zn. 5Cob/57/2017, ECLI:SK:KSPO:2017:8317207428.1</w:t>
      </w:r>
    </w:p>
    <w:p>
      <w:r>
        <w:t>Súd: Krajský súd Prešov</w:t>
      </w:r>
    </w:p>
    <w:p>
      <w:r>
        <w:t>Spisová značka: 5Cob/57/2017</w:t>
      </w:r>
    </w:p>
    <w:p>
      <w:r>
        <w:t>ECLI: ECLI:SK:KSPO:2017:8317207428.1</w:t>
      </w:r>
    </w:p>
    <w:p>
      <w:r>
        <w:t>Dátum vydania: 6.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5Cob/57/2017 Identifikačné číslo súdneho spisu: 8317207428 Dátum vydania rozhodnutia: 07. 12. 2017 Meno a priezvisko sudcu, VSÚ: JUDr. Jozef Škrab ECLI: ECLI:SK:KSPO:2017:8317207428.1 Uznesenie Krajský súd v Prešove v senáte zloženom z predsedu senátu JUDr. Jozefa Škraba a sudcov JUDr. Jozefa Angeloviča a JUDr. Romana Tótha, v právnej veci žalobcu: YAMASEC LTD., so sídlom 13 Ngabo road Kololo, Kampala, Uganda, IČ: 76359, zastúpeného: SEMANČÍN &amp; PARTNERS s.r.o., so sídlom Bratislava, Vajnorská 100/A, IČO: 50567942, proti žalovanému: MBA System s.r.o., so sídlom Snina, Strojárska 605/87, IČO: 44374267, o zaplatenie 379.100,- USD s prísl., o späťvzatí žaloby po vydaní platobného rozkazu č.k. 7Cb/103/2017-72 zo dňa 17.8.2017 Okresným súdom Humenné, takto r o z h o d o l : Pripúšťa späťvzatie žaloby, ruší platobný rozkaz Okresného súdu Humenné zo dňa 17.8.2017 pod č. k. 7Cb/103/2017-72 a konanie zastavuje. Priznáva žalovanému proti žalobcovi nárok na náhradu trov konania v rozsahu 100 %. o d ô v o d n e n i e : 1. Okresný súd Humenné (ďalej len „súd prvej inštancie“ alebo „okresný súd“) vyššie označeným platobným rozkazom uložil žalovanému povinnosť do 15 dní od jeho doručenia zaplatiť žalobcovi sumu 379.100,- USD spolu s úrokom z omeškania vo výške 9 % p. a. počítaného od 14. júna 2016 až do zaplatenia, zmluvnú pokutu vo výške 29.850,- USD, paušálnu náhradu nákladov spojených s uplatnením pohľadávky vo výške 40,- eur alebo v tej istej lehote podať odpor s vecným odôvodnením na tamojšom súde. Zároveň mu uložil povinnosť nahradiť žalobcovi trovy právneho zastúpenia vo výške 2.654,10 eur a ostatné trovy konania vo výške 21.503,- eur, a to do 15 dní odo dňa doručenia platobného rozkazu. 2. Podaním, doručeným súdu prvej inštancie dňa 31.8.2017 (ešte pred právoplatnosťou platobného rozkazu), vzal žalobca podanú žalobu v celom rozsahu späť a navrhol konanie zastaviť. Zároveň požiadal o vrátenie kráteného súdneho poplatku. 3. Podľa § 370 ods. 1, 2 CSP, ak je žaloba vzatá späť po rozhodnutí súdu prvej inštancie, ale skôr,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4. Keďže žalobca vzal žalobu späť ešte pred právoplatnosťou platobného rozkazu vydaného súdom prvej inštancie, odvolací súd postupom v zmysle § 370 ods. 1, 2 CSP pripustil späťvzatie žaloby, zrušil ním vydaný platobný rozkaz a konanie zastavil. 5. O trovách konania rozhodol odvolací súd v zmysle § 396 ods. 1 v spojení s § 262 ods. 1 a § 256 ods. 1, 2 CSP. Žalobca procesne zavinil zastavenie konania, preto nemá právo na náhradu trov konania. O trovách konania vo vzťahu k žalovanému rozhodol v zmysle posledného výroku uznesenia. 6. O žiadosti žalobcu v späťvzatí žaloby na vrátenie súdneho poplatku odvolací súd nerozhodoval, pretože v zmysle zákona č. 71/1992 Zb. o súdnych poplatkoch a poplatku za výpis z registra trestov je na vykonanie týchto poplatkových úkonov - vyrubenie súdneho poplatku a rozhodnutie o vrátení súdneho poplatku oprávnený prvoinštančný súd. Preto o žiadosti žalobcu na vrátenie súdneho poplatku tento súd aj rozhodne. 7. Toto rozhodnutie prijal senát Krajského súdu v Prešove pomerom hlasov 3:0 (§ 393 ods. 2, posledná veta, CSP).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s výnimkou prípadov podľa § 429 ods. 2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 - § 428 CSP).</w:t>
      </w:r>
    </w:p>
    <w:p/>
    <w:p>
      <w:r>
        <w:t>Zdroj: KAUZIS.SK – https://www.kauzis.sk/judikatura/r/ECLI:SK:KSPO:2017:8317207428.1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