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8Co/125/2017 z 13. 11. 2017</w:t>
      </w:r>
    </w:p>
    <w:p>
      <w:r>
        <w:t>Uznesenie Krajského súdu Prešov z 13. novembra 2017, sp. zn. 8Co/125/2017, ECLI:SK:KSPO:2017:8713200827.2</w:t>
      </w:r>
    </w:p>
    <w:p>
      <w:r>
        <w:t>Súd: Krajský súd Prešov</w:t>
      </w:r>
    </w:p>
    <w:p>
      <w:r>
        <w:t>Spisová značka: 8Co/125/2017</w:t>
      </w:r>
    </w:p>
    <w:p>
      <w:r>
        <w:t>ECLI: ECLI:SK:KSPO:2017:8713200827.2</w:t>
      </w:r>
    </w:p>
    <w:p>
      <w:r>
        <w:t>Dátum vydania: 13. 11.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Prešov Spisová značka: 8Co/125/2017 Identifikačné číslo súdneho spisu: 8713200827 Dátum vydania rozhodnutia: 14. 11. 2017 Meno a priezvisko sudcu, VSÚ: JUDr. Martin Fiľakovský ECLI: ECLI:SK:KSPO:2017:8713200827.2 Uznesenie Krajský súd v Prešove v senáte zloženom z predsedu senátu JUDr. Martina Fiľakovského a z členov senátu JUDr. Branislava Brezu a JUDr. Anny Kovaľovej v spore žalobcu D. S., nar. XX.XX.XXXX, bytom R. XX, XXX XX Svit, právne zastúpený JUDr. Viktorom Novýsedlákom, advokátom so sídlom L. Svobodu 2674/1, 058 01 Poprad, proti žalovanej Q. H., nar. XX.XX.XXXX, bytom P. D. XXX/XX, XXX XX J., právne zastúpená JUDr. Peter Ďuriš, advokát, s.r.o., so sídlom Murgašová 6, 058 01 Poprad, IČO: 47 239 468, o náhradu škody a ochranu osobnosti s príslušenstvom, o späťvzatí odvolania podaného zo strany žalobcu proti rozsudku Okresného súdu Poprad č.k. 11C 22/2013-215 zo dňa 08. júna 2017, takto jednohlasne r o z h o d o l : Odvolacie konanie z a s t a v u j e. Žalovaná m á n á r o k na náhradu trov odvolacieho konania voči žalobcovi v plnom rozsahu. o d ô v o d n e n i e : 1. Okresný súd Poprad (ďalej len „súd prvej inštancie“) napadnutým rozsudkom návrh zamietol. Ďalej určil, že žalovaná má právo na náhradu trov konania voči žalobcovi v plnom rozsahu. 2. Proti rozsudku podal včas odvolanie žalobca. 3. Podaním zo dňa 08.08.2017 zobral žalobca odvolanie v celom rozsahu späť a žiadal súd, aby odvolacie konanie zastavil. 4. Pretože Krajský súd v Prešove (ďalej len „odvolací súd“) nerozhodoval vo veci samej, preskúmal vec bez nariadenia odvolacieho pojednávania (ustanovenie § 385 a contrario zákona č. 160/2015 Civilný sporový poriadok, ďalej len „C.s.p.“) a dospel k záveru, že došlo k účinnému späťvzatiu odvolania. 5. Podľa ustanovenia § 369 odsek 1 zákona č. 160/2015 Z.z. Civilného sporového poriadku (ďalej len „C.s.p.“), dokiaľ o odvolaní nebolo rozhodnuté, možno ho vziať späť. Ak odvolateľ vzal odvolanie späť, nemôže ho podať znova. Podľa odseku 3, ak sa odvolanie, o ktorom nebolo rozhodnuté, vzalo späť, odvolací súd odvolacie konanie zastaví. 6. Nakoľko žalobca vzal odvolanie o ktorom doposiaľ nebolo rozhodnuté späť, odvolací súd v zmysle ustanovenia § 369 odsek 3 C.s.p. odvolacie konanie zastavil. 7. K zastaveniu odvolacieho konania došlo v dôsledku správania sa žalobcu, ktorý vzal podané odvolanie späť. Preto o trovách konania bolo rozhodnuté v zmysle § 396 odsek 1 C.s.p. v spojení s § 256 odsek 1 C.s.p.. 8. Rozhodnutie bolo prijaté senátom Krajského súdu v Prešove v pomere hlasov 3 : 0. Poučenie: Proti tomuto uzneseniu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 § 427 odsek 1 C.s.p.). Dovolateľ musí byť s výnimkou prípadov podľa § 429 odsek 2 C.s.p. v dovolacom konaní zastúpený advokátom. Dovolanie a iné podania dovolateľa musia byť spísané advokátom (§ 429 odsek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https://www.kauzis.sk/judikatura/r/ECLI:SK:KSPO:2017:8713200827.2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