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21Co/54/2017 z 27. 9. 2017</w:t>
      </w:r>
    </w:p>
    <w:p>
      <w:r>
        <w:t>Uznesenie Krajského súdu Prešov z 27. septembra 2017, sp. zn. 21Co/54/2017, ECLI:SK:KSPO:2017:8714200218.1</w:t>
      </w:r>
    </w:p>
    <w:p>
      <w:r>
        <w:t>Súd: Krajský súd Prešov</w:t>
      </w:r>
    </w:p>
    <w:p>
      <w:r>
        <w:t>Spisová značka: 21Co/54/2017</w:t>
      </w:r>
    </w:p>
    <w:p>
      <w:r>
        <w:t>ECLI: ECLI:SK:KSPO:2017:8714200218.1</w:t>
      </w:r>
    </w:p>
    <w:p>
      <w:r>
        <w:t>Dátum vydania: 27. 9. 2017</w:t>
      </w:r>
    </w:p>
    <w:p>
      <w:r>
        <w:t>Forma: Uznesenie</w:t>
      </w:r>
    </w:p>
    <w:p>
      <w:r>
        <w:t>Oblasť práva: Občianske právo</w:t>
      </w:r>
    </w:p>
    <w:p>
      <w:pPr>
        <w:pStyle w:val="Heading2"/>
      </w:pPr>
      <w:r>
        <w:t>Text rozhodnutia</w:t>
      </w:r>
    </w:p>
    <w:p>
      <w:r>
        <w:t>Súd: Krajský súd Prešov Spisová značka: 21Co/54/2017 Identifikačné číslo súdneho spisu: 8714200218 Dátum vydania rozhodnutia: 28. 09. 2017 Meno a priezvisko sudcu, VSÚ: JUDr. Antónia Kandravá ECLI: ECLI:SK:KSPO:2017:8714200218.1 Uznesenie Krajský súd v Prešove v senáte zloženom z predsedníčky senátu senátu JUDr. Antónie Kandravej a členov senátu JUDr. Evy Šofrankovej a JUDr. Martina Barana v právnej veci žalobkyne: F., proti žalovanému: B. o zaplatenie 50 000 eur s prísl., o odvolaní žalobkyne proti rozsudku Okresného súdu Poprad č. k. 7C/10/2014 - 50 zo dňa 6.10.2014 takto r o z h o d o l : O d m i e t a odvolanie. Žalovanej náhradu trov odvolacieho konania n e p r i z n á v a a žalobkyňa n e m á n á r o k na ich náhradu. o d ô v o d n e n i e : 1. Okresný súd Poprad (ďalej len „súd prvej inštancie“) napadnutým rozsudkom žalobu zamietol a účastníkom náhradu trov konania nepriznal. 2. Proti tomuto rozsudku podala žalobkyňa odvolanie. 3. Odvolací súd sa pred rozhodnutím vo veci samej zaoberal otázkou včasnosti odvolania proti rozsudku súdu prvej inštancie a vec prejednal bez nariadenia pojednávania, pričom dospel k záveru, že odvolanie žalobkyne je potrebné odmietnuť ako podané oneskorene. 4. Odvolanie smeruje proti rozhodnutiu vydanému za účinnosti Zákona č. 99/1963 Zb. Občiansky súdny poriadok (ďalej len „O.s.p.“), avšak bolo podané už za účinnosti Zákona č. 160/2015 Z.z. Civilný sporový poriadok (ďalej len „C.s.p.“), preto odvolací súd posudzoval včasnosť podania odvolania podľa tohto predpisu. Len pre úplnosť odvolací súd konštatuje, že C.s.p. lehotu na podanie odvolania ani začiatok jej plynutia v porovnaní s úpravou v O.s.p. nezmenil. 5. Podľa ust. § 362 ods. 1 C.s.p., odvolanie sa podáva do 15 dní od doručenia rozhodnutia na súde, proti rozhodnutiu ktorého smeruje. Ak bolo vydané opravné uznesenie, lehota plynie znovu od doručenia opravného uznesenia len v rozsahu vykonanej opravy. Podľa ust. § 121 ods. 2 C.s.p, do plynutia lehoty sa nezapočítava deň, keď došlo k skutočnosti určujúcej začiatok lehoty. Podľa ust. § 121 ods. 3 C.s.p.,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ust.§ 121 ods. 4 C.s.p., lehota je zachovaná, ak sa posledný deň lehoty urobí úkon na súde alebo podanie odovzdá orgánu, ktorý má povinnosť ho doručiť. Podľa § 386 písm. a) C.s.p., odvolací súd odmietne odvolanie, ktoré bolo podané oneskorene. 6. Z obsahu spisu nepochybne vyplýva, že žalobkyňa prevzala napadnutý rozsudok dňa 27.12.2014, zákonná 15 - dňová lehota na podanie odvolania začala plynúť dňa 28.12.2014 a uplynula dňa 11.1.2015. Keďže deň 11.1.2015 pripadol na nedeľu, posledným dňom na podanie odvolania bol pondelok 12.1.2015. Odvolanie bolo však podané osobne na podateľni súdu až dňa 23.12.2016, tak ako to vyplýva z čl. 55 spisu. 7. Z tohto dôvodu odvolací súd odmietol odvolanie žalobkyne ako oneskorene podané v súlade s ust. § 386 písm. a) C.s.p.. 8. Z dôvodu rozhodnutia o podanom odvolaní z procesných dôvodov, vecnú správnosť napadnutého rozhodnutia odvolací súd neposudzoval. 9. V odvolacom konaní nebola žalobkyňa úspešná, preto jej nevznikol nárok na náhradu trov odvolacieho konania. Naopak fakticky plne úspešný bol žalovaný, ktorému vznikol zásadne nárok na náhradu trov odvolacieho konania (v zmysle § 255 ods. 1 C.s.p. v spojení s ust. § 396 ods. 1 C.s.p.), o ktorom v zmysle § 262 ods. 1 C.s.p. v spojení s § 396 ods. 1 C.s.p. musí aj bez návrhu rozhodnúť odvolací súd, keďže týmto rozhodnutím sa predmetné konanie končí. Z obsahu spisu vyplýva, že žalovaný si náhradu trov odvolacieho konania neuplatnil, ani nevyčíslil a podľa obsahu spisu mu ani žiadne trovy v odvolacom konaní nevznikli. Odvolací súd vychádzal z čl. 17 Základných princípov C.s.p zakotvujúcim procesnú ekonómiu a aplikoval na daný prípad pomyselnú normu podľa čl. 4 ods. 2 Základných princípov C.s.p., podľa ktorej ak si strana náhradu trov konania neuplatní, ani jej podľa obsahu spisu v konaní žiadne nevznikli, môže súd rozhodnúť priamo tak, že náhrada trov odvolacieho konania neprizná. Preto rozhodol tak, že žalovanému sa náhrada trov odvolacieho konania nepriznáva.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10. Rozhodnutie bolo prijaté senátom Krajského súdu v Prešove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https://www.kauzis.sk/judikatura/r/ECLI:SK:KSPO:2017:8714200218.1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