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19Co/415/2015 z 15. 3. 2017</w:t>
      </w:r>
    </w:p>
    <w:p>
      <w:r>
        <w:t>Uznesenie Krajského súdu Prešov z 15. marca 2017, sp. zn. 19Co/415/2015, ECLI:SK:KSPO:2017:8714200220.2</w:t>
      </w:r>
    </w:p>
    <w:p>
      <w:r>
        <w:t>Súd: Krajský súd Prešov</w:t>
      </w:r>
    </w:p>
    <w:p>
      <w:r>
        <w:t>Spisová značka: 19Co/415/2015</w:t>
      </w:r>
    </w:p>
    <w:p>
      <w:r>
        <w:t>ECLI: ECLI:SK:KSPO:2017:8714200220.2</w:t>
      </w:r>
    </w:p>
    <w:p>
      <w:r>
        <w:t>Dátum vydania: 15. 3. 2017</w:t>
      </w:r>
    </w:p>
    <w:p>
      <w:r>
        <w:t>Forma: Uznesenie</w:t>
      </w:r>
    </w:p>
    <w:p>
      <w:r>
        <w:t>Oblasť práva: Občianske právo</w:t>
      </w:r>
    </w:p>
    <w:p>
      <w:pPr>
        <w:pStyle w:val="Heading2"/>
      </w:pPr>
      <w:r>
        <w:t>Text rozhodnutia</w:t>
      </w:r>
    </w:p>
    <w:p>
      <w:r>
        <w:t>Súd: Krajský súd Prešov Spisová značka: 19Co/415/2015 Identifikačné číslo súdneho spisu: 8714200220 Dátum vydania rozhodnutia: 16. 03. 2017 Meno a priezvisko sudcu, VSÚ: JUDr. Monika Jusková ECLI: ECLI:SK:KSPO:2017:8714200220.2 Uznesenie Krajský súd v Prešove v senáte zloženom z predsedníčky senátu JUDr. Moniky Juskovej a členov senátu JUDr. Karola Krochtu a JUDr. Jany Burešovej v spore žalobkyne N. R., nar. XX.XX.XXXX, bytom A. XXXX/XX, D., právne zastúpenej Beňo &amp; partners advokátska kancelária, s.r.o., Námestie sv. Egídia 93, Poprad, proti žalovanému POHOTOVOSŤ, s.r.o., Pribinova 25, Bratislava, IČO: 35 807 598, o zaplatenie 5 349,11 eura s príslušenstvom, o odvolaní žalovaného proti uzneseniu Okresného súdu Poprad č. k. 17C 9/2014 - 142 dňa 29.07.2015 takto r o z h o d o l : Potvrdzuje uznesenie. o d ô v o d n e n i e : 1. Okresný súd Poprad (ďalej len „súd prvej inštancie“) napadnutým uznesením uložil žalovanému povinnosť zaplatiť súdny poplatok za odvolanie voči rozsudku č. k. 17C 9/2014 - 126 zo dňa 10.06.2015 vo výške 278 eur (178,50 eura podľa položky č. 1 písm. a) a 99,50 eura podľa položky č. 1 písm. b) v spojení s poznámkou č. 3 k položke 1 Sadzobníka súdnych poplatkov a ust. § 6 ods. 2 zákona č. 71/1992 Zb. o súdnych poplatkoch a poplatku za výpis z registra trestov, ďalej len „Zákon o súdnych poplatkoch“). 2. V zákonom stanovenej lehote podal proti uzneseniu odvolanie žalovaný. Nesúhlasil s rozhodnutím súdu, ktorým mu bola uložená povinnosť zaplatiť súdny poplatok za odvolanie vo výške 278 eur. Namietal nesprávne vypočítanú výšku súdneho poplatku, ku ktorej súd dospel sčítaním niekoľkých súdnych poplatkov. Navrhol napadnuté uznesenie zrušiť, resp. opraviť. 3. Krajský súd v Prešove (ďalej len „odvolací súd“) príslušný na rozhodnutie o odvolaní (§ 34 zákona č. 160/2015 Z.z. Civilného sporového poriadku účinného od 01.07.2016, ďalej len „CSP“), vzhľadom na včas podané odvolanie, preskúmal napadnuté rozhodnutie, ako aj konanie mu predchádzajúce v zmysle zásad vyplývajúcich z ust. § 379 a nasl. CSP, bez nariadenia pojednávania (§ 385 CSP a contrario) a dospel k záveru, že odvolanie žalovaného nie je dôvodné. 4. Z obsahu spisu vyplýva, že žalobkyňa sa žalobou doručenou súdu prvej inštancie dňa 10.01.2014 domáhala voči žalovanému zaplatenia sumy 5 349,11 eura s príslušenstvom, určenia neplatnosti dohody o zrážkach zo mzdy zo dňa 30.05.2008 ako aj náhrady trov konania. Súd prvej inštancie rozhodol rozsudkom č. k. 17C 9/2014 - 126 zo dňa 10.06.2015 tak, že určil, že dohoda o zrážkach zo mzdy uzavretá medzi žalobkyňou a žalovaným dňa 30.05.2008 je neplatná a žalovanému uložil povinnosť zaplatiť žalobkyni sumu 2 977,59 eura s 5,25 % - ným úrokom z omeškania od 25.01.2014 do zaplatenia a nahradiť trovy právneho zastúpenia vo výške 1 499,77 eura k rukám právneho zástupcu žalobkyne. V prevyšujúcej časti žalobu zamietol a žalovanému uložil povinnosť zaplatiť súdny poplatok vo výške 278 eur na účet Okresného súdu Poprad do 3 dní od právoplatnosti rozsudku. Proti tomuto rozsudku podal v zákonom stanovenej lehote odvolanie žalovaný. Súd prvej inštancie preto uložil žalovanému povinnosť zaplatiť súdny poplatok za podané odvolanie. 5. Podľa § 6 ods. 1 Zákona o súdnych poplatkoch, sadzba poplatku je uvedená v sadzobníku percentom zo základu poplatku (ďalej len "percentná sadzba") alebo pevnou sumou. Ak tento zákon neustanovuje inak, je poplatok za odvolanie päť eur a poplatok za dovolanie 10 eur. Podľa § 6 ods. 2 Zákona o súdnych poplatkoch,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V zmysle položky č. 1 písm. a) Sadzobníka súdnych poplatkov sa platí súdny poplatok zo žaloby, ak nie je ustanovená osobitná sadzba, vo výške 6 %, najmenej 16,50 eura a najviac 16 596,50 eura . V zmysle položky č. 1 písm. b) Sadzobníka súdnych poplatkov je súdny poplatok ak nemožno predmet konania oceniť peniazmi 99,50 eura. Podľa poznámky č. 3 k položke č. 1 Sadzobníka súdnych poplatkov, poplatky podľa rovnakej sadzby sa platia i v odvolacom konaní vo veci samej. Súdny poplatok sa platí aj za odvolanie proti rozhodnutiu súdu o návrhu na vydanie neodkladného opatrenia. Ak odvolanie podá žalobca alebo navrhovateľ aj žalovaný alebo odporca, platí každý z nich poplatok podľa ceny predmetu svojho odvolania. Ak je odvolateľov na strane žalobcu, navrhovateľa, žalovaného alebo odporcu viac, platia súdny poplatok v závislosti od povahy ich procesného spoločenstva tak, že v prípade samostatného procesného spoločenstva (§ 72 Civilného sporového poriadku) platia súdny poplatok samostatne podľa predmetu svojho odvolania a v prípade nerozlučného procesného spoločenstva (§ 72 Civilného sporového poriadku) spoločne a nerozdielne. 6. Odvolací súd poukazuje na to, že súd prvej inštancie uložil žalovanému povinnosť zaplatiť súdny poplatok za podané odvolanie na základe dvoch položiek. Prvou z nich bola položka č. 1 písm. a) Sadzobníka súdnych poplatkov, v zmysle ktorej žalovanému vznikla povinnosť zaplatiť súdny poplatok vo výške 6 % z ceny predmetu svojho odvolania, t.j. 6 % zo sumy 2 977,59 eura, čo predstavuje sumu 178,50 eura. Druhou položkou, v zmysle ktorej bola žalovanému uložená povinnosť zaplatiť súdny poplatok za odvolanie bola položka č. 1 písm. b) týkajúca sa výroku, ktorou súd prvej inštancie určil, že dohoda o zrážkach zo mzdy je neplatná. Ide o neoceniteľný predmet konania, preto súdny poplatok predstavuje sumu 99,50 eura. Pokiaľ súd prvej inštancie uložil žalovanému povinnosť zaplatiť súdny poplatok za podané odvolanie vo výške 278 eur (178,50 eura + 99,50 eura), rozhodol správne. Odvolacia námietka žalovaného týkajúca sa nesprávneho výpočtu výšky súdneho poplatku nebola preto dôvodná. 7. Z dôvodov, ktoré uviedol, odvolací súd potvrdil napadnuté uznesenie o poplatkovej povinnosti žalovaného ako vecne správne v súlade s ust. § 387 ods. 1, 2 CSP. 8.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https://www.kauzis.sk/judikatura/r/ECLI:SK:KSPO:2017:8714200220.2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