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14Co/17/2018 z 5. 11. 2018</w:t>
      </w:r>
    </w:p>
    <w:p>
      <w:r>
        <w:t>Uznesenie Krajského súdu Prešov z 5. novembra 2018, sp. zn. 14Co/17/2018, ECLI:SK:KSPO:2018:8317202604.2</w:t>
      </w:r>
    </w:p>
    <w:p>
      <w:r>
        <w:t>Súd: Krajský súd Prešov</w:t>
      </w:r>
    </w:p>
    <w:p>
      <w:r>
        <w:t>Spisová značka: 14Co/17/2018</w:t>
      </w:r>
    </w:p>
    <w:p>
      <w:r>
        <w:t>ECLI: ECLI:SK:KSPO:2018:8317202604.2</w:t>
      </w:r>
    </w:p>
    <w:p>
      <w:r>
        <w:t>Dátum vydania: 5. 11.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Prešov Spisová značka: 14Co/17/2018 Identifikačné číslo súdneho spisu: 8317202604 Dátum vydania rozhodnutia: 06. 11. 2018 Meno a priezvisko sudcu, VSÚ: JUDr. Milan Majerník ECLI: ECLI:SK:KSPO:2018:8317202604.2 Uznesenie Krajský súd v Prešove, v senáte zloženom z predsedu senátu JUDr. Milana Majerníka a členov senátu JUDr. Viery Zoľákovej a JUDr. Mareka Košča, v právnej veci žalobkyne: S. I., L.. X.X.XXXX, XXX XX Y. XXX, právne zastúpenej JUDr. Vladimírom Sidorom, advokátom, AK Železničná 4/A, 920 01 Hlohovec, IČO: 42256593, proti žalovanému: Endepro, s.r.o. v likvidácii, Mlynské Nivy 49, 821 09 Bratislava 2, IČO: 35 805 731, právne zastúpenému: RR Legal Corp., s.r.o., Humenské nám. 4, 851 07 Bratislava, IČO: 46 789 634, korešpondenčná adresa: Mgr. Ivana Hodálová, advokátka, Dunajská 48, 811 08 Bratislava, IČO: 50057367, o návrhu na vydanie bezdôvodného obohatenia a o návrhu na vydanie neodkladného opatrenia s prísl., o späťvzatí žaloby po vydaní rozsudku Okresného súdu Humenné č.k. 15 Csp/66/2017-98 zo dňa 6.7.2017, takto r o z h o d o l : Pripúšťa späťvzatie žaloby, zrušuje rozsudok súdu prvej inštancie č.k. 15Csp/66/2017-98 zo 6.7.2017 a konanie zastavuje. Sporovým stranám nepriznáva nárok na náhradu trov konania. o d ô v o d n e n i e : 1. Súd prvej inštancie napadnutým rozsudkom vyhovel návrhu žalobkyne a žalovaného zaviazal povinnosťou zaplatiť žalobkyni sumu 100,- eur s 5 % úrokom z omeškania ročne od 23.1.2017 do zaplatenia, v lehote do troch dní od právoplatnosti rozsudku. Žalobkyni zároveň súd priznal plnú náhradu trov konania. 2. Proti rozsudku podal žalovaný písomným podaním zo dňa 22.8.2017 odvolanie, v dôsledku čoho bola predmetná právna vec predložená dňa 21.6.2018 na odvolacie konanie Krajskému súdu v Prešove. 3. V priebehu odvolacieho konania došlo u žalovaného v zmene obchodného mena z Provident Financial, s.r.o. na Endepro, s.r.o. v likvidácii tiež vstupom spoločnosti do likvidácie počnúc dňom 4.4.2018. 4. Elektronickým podaním zo dňa 4.10.2018 žalobkyňa zobrala svoj návrh na začatie konania v celom rozsahu späť a to vzhľadom na mimosúdnu dohodu o urovnaní. Žiadala, aby súd pripustil späťvzatie žaloby, zrušil rozsudok súdu prvej inštancie a konanie v spore zastavil. O trovách konania v súlade s dohodou navrhla rozhodnúť tak, že žiadna zo strán nemá právo na náhradu trov konania. 5. Žalovaný elektronickým podaním zo dňa 31.10.2018 vyslovil so späťvzatím žaloby v celom rozsahu súhlas v súlade s uzatvorenou dohodou o urovnaní sporu. 6. Podľa § 370 ods. 1, 2, 3 CSP, ak je žaloba vzatá späť po rozhodnutí súdu prvej inštancie, ale skôr ako rozhodnutie nadobudlo právoplatnosť, odvolací súd rozhodne o pripustení späťvzatia. Podľa ods. 2 súd späťvzatie žaloby nepripustí, ak s tým protistrana z vážnych dôvodov nesúhlasí. Ak späťvzatie žaloby pripustí, odvolací súd zruší rozhodnutie súdu prvej inštancie a konanie zastaví. Ak je žaloba vzatá späť sčasti, použijú sa ustanovenia predchádzajúcich odsekov primerane. 7. Krajský súd v Prešove na základe vyššie uvedeného pripustil späťvzatie žaloby v celom rozsahu, zrušil rozsudok súdu prvej inštancie a konanie zastavil tak, ako je to uvedené vo výrokovej časti tohto rozhodnutia. 8. O nároku žalobcu na náhradu trov konania rozhodol krajský súd v súlade s ustanoveniami § 396 ods. 1, § 262 ods. 1 a § 255 CSP, keďže sporové strany zhodne navrhli nárok na náhradu trov konania nikomu z nich nepriznať. 9. Toto rozhodnutie prijal senát Krajského súdu v Prešove pomerom hlasov 3 : 0 (§ 393 ods. 2, posledná veta, CSP). Poučenie: Proti tomuto uzneseniu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s výnimkou prípadov podľa § 429 ods. 2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 - § 428 CSP).</w:t>
      </w:r>
    </w:p>
    <w:p/>
    <w:p>
      <w:r>
        <w:t>Zdroj: KAUZIS.SK – https://www.kauzis.sk/judikatura/r/ECLI:SK:KSPO:2018:8317202604.2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