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Prešov sp. zn. 23CoP/15/2018 z 25. 9. 2018</w:t>
      </w:r>
    </w:p>
    <w:p>
      <w:r>
        <w:t>Rozsudok Krajského súdu Prešov z 25. septembra 2018, sp. zn. 23CoP/15/2018, ECLI:SK:KSPO:2018:8317208159.2</w:t>
      </w:r>
    </w:p>
    <w:p>
      <w:r>
        <w:t>Súd: Krajský súd Prešov</w:t>
      </w:r>
    </w:p>
    <w:p>
      <w:r>
        <w:t>Spisová značka: 23CoP/15/2018</w:t>
      </w:r>
    </w:p>
    <w:p>
      <w:r>
        <w:t>ECLI: ECLI:SK:KSPO:2018:8317208159.2</w:t>
      </w:r>
    </w:p>
    <w:p>
      <w:r>
        <w:t>Dátum vydania: 25. 9. 2018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Prešov Spisová značka: 23CoP/15/2018 Identifikačné číslo súdneho spisu: 8317208159 Dátum vydania rozhodnutia: 26. 09. 2018 Meno a priezvisko sudcu, VSÚ: Mgr. Miloš Kolek ECLI: ECLI:SK:KSPO:2018:8317208159.2 ROZSUDOK V MENE SLOVENSKEJ REPUBLIKY Krajský súd v Prešove v senáte zloženom z predsedu senátu Mgr. Miloša Koleka a členov senátu JUDr. Martina Barana a JUDr. Daniely Babinovej v právnej veci starostlivosti súdu o mal. T. M., nar. XX.XX.XXXX a mal. T. M., nar. XX.XX.XXXX, zastúpených kolíznym opatrovníkom Úradom práce, sociálnych vecí a rodiny N., pracovisko O., za účasti otca B.. B. M., nar. XX.XX.XXXX, bytom I. XXXX/ X, O., o návrhu matky B. M., nar. XX.XX.XXXX, bytom I. XX/XXXX O., na úpravu práv a povinností k mal. deťom, o odvolaní otca proti rozsudku Okresného súdu Humenné č.k. 8P/310/2017-85 zo dňa 11.05.2018 takto r o z h o d o l : Potvrdzuje rozsudok vo výroku o zverení mal. T. do osobnej starostlivosti matky a vo výroku o povinnosti otca prispievať na výživu mal. T. sumou 30 eur mesačne. o d ô v o d n e n i e : 1. Súd prvej inštancie napadnutým rozsudkom zveril mal. T. do osobnej starostlivosti otca a mal. T. do osobnej starostlivosti matky. Matku zaviazal prispievať na výživu mal. T. sumou 30 eur mesačne, otca zaviazal prispievať na výživu mal. T. sumou 30 eur mesačne, v prevyšujúcej časti konanie zastavil. Rozsudok vo výroku o zverení mal. T. a o výške výživného odôvodnil tým, že rodičia už dlhší čas nežijú v spoločnej domácnosti, maloletá T. žije a býva u otca, mal. T. u matky. Obe maloleté deti pri pohovore s kolíznym opatrovníkom deklarovali, že nechcú na takejto starostlivosti rodičov nič meniť. Súd preto vychádzal z tejto faktickej situácie, prihliadol na vek detí a na ich vyjadrenie pred kolíznym opatrovníkom, aj pred súdom a rozhodol tak, že mal. T. zveril do osobnej starostlivosti otca a mal. T. do osobnej starostlivosti matky. Zároveň matku zaviazal prispievať na výživu mal. T. sumou 30 eur mesačne a otca na výživu mal. T. sumou 30 eur mesačne. 2. Proti tomuto rozsudku v zákonom stanovenej lehote podal odvolanie otec, a to proti výroku, ktorým bol zverený mal. T. do osobnej starostlivosti matky a proti výroku o povinnosti otca prispievať na výživu mal. T. sumou 30 eur mesačne. Uviedol, že Okresný súd Humenné rozhodoval bez jeho prítomnosti napriek tomu, že sa riadne a včas ospravedlnil, o čom predložil aj písomný dôkaz. Týmto nesprávnym procesným postupom znemožnil otcovi, aby uskutočňoval jemu patriace procesné práva v takej miere, že došlo k porušeniu práva na spravodlivý proces. Súd vykonaným dokazovaním mal dostatočne preukázané skutočnosti, či mal. syn T. má vážne zdravotné problémy, ktoré si vyžadujú špeciálny výchovnovzdelávací proces s vopred určenými pravidlami, systematickou kontrolou a dodržiavaním mravných zásad. Mal. T. je v pubertálnom veku, jeho správanie je veľmi problematické, často klame, vymýšľa si rôzne výhovorky a zneužíva dôveru matky, ktorá ho nekontroluje, lebo sa stará o malé deti. Nikdy neprejavila záujem o jeho školské výsledky, nenavštívila jeho lekárku, ani s mal. synom T. sa nikdy neučila a nepripravila ho na opravné skúšky. Matka nemá vytvorené podmienky na bývanie a sústavne sa sťahuje s partnerom a maličkým dieťaťom z podnájmu do podnájmu. Je odkázaná na výživu partnera, ktorý jej prispieva len na výživu ich spoločnej dcéry, pretože k T. nemá žiaden citový vzťah. Vyjadrenie mal. T., že chce zostať bývať u matky, bolo ovplyvnené jeho matkou, pretože doma pred dcérami sa vyjadril, že chce zostať bývať s otcom v byte. Z toho dôvodu navrhoval psychologické vyšetrenie syna, ktorý sám nedokáže posúdiť aké podmienky a u ktorého rodiča sú pre jeho výchovu a vývoj vhodné. Ľahkovážny a nezodpovedný prístup matky k plneniu svojich manželských a rodičovských povinností budú mať negatívny vplyv aj na výchovu syna T., čo sa prejavuje aj tým, že syn chodí do školy bez desiaty, matka zrušila obedy a s priateľom používajú vulgárne slová. Nestabilné rodinné zázemie bolo tiež príčinou nejednotnej výchovy a kontroly mal. T. pri plnení školských povinností, čo syn zneužíval. Chaotickým spôsobom života sa u mal. T. budú naďalej prejavovať psychické poruchy, ktoré bez pomoci lekárov sa budú ťažko korigovať. Uviedol, že s jeho dospelými dcérami pripraví pre mal. T. veľmi dobré rodinné zázemie, vytvoria mu vyhovujúce podmienky pre jeho školskú prípravu a budú ho formovať morálne a spoločensky. Jeho psychický stav si vyžaduje aj sústavnú zdravotnú starostlivosť a harmonické prostredie. Matka žije v hektickom a nestabilnom vzťahu bez príjmu. Od 15 roku života bola evidovaná a liečená na psychiatrickej liečebni v B.. Navrhol, aby odvolací súd napadnutý rozsudok v napadnutých výrokoch zmenil tak, že mal. T. zverí do osobnej starostlivosti otca a matku zaviaže prispievať na jeho výživu sumou 30 eur mesačne. 3. Opatrovník vo vyjadrení k odvolaniu uviedol, že sa s rozsudkom prvoinštančného súdu stotožňuje, poukázal na vôľu mal. T., byť zverený svojej matke, ktorú prejavil nielen na pojednávaní, ale aj pri osobných konzultáciách a u psychológa referátu poradensko - psychologických služieb. Poukázal na to, že matka má vo svojom terajšom prostredí vytvorené vhodné podmienky pre výkon osobnej starostlivosti o maloletého, vie rozpoznať potreby mal. T. a je spôsobilá vykonávať osobnú starostlivosť o maloletého. 4. Matka vo vyjadrení k odvolaniu navrhla rozsudok súdu prvej inštancie potvrdiť, uviedla, že otec k odvolaniu napísal nepravdivé údaje o synovi, že mu nedáva dobrú starostlivosť, nepripravuje ho do školy. Poukázal naopak na nepriaznivé podmienky v domácnosti otca, ktorý o deti neprejavoval záujem, mal. T. umožňuje fajčiť. Uviedla, že jej psychické problémy sa prejavili, keď mala XX rokov, ale momentálne je v dobrom zdravotnom stave. Uviedla, že je schopná postarať sa o svoje maloleté deti. 5. Odvolací súd preskúmal napadnuté rozhodnutie ako aj konanie, ktoré mu predchádzalo, a zistil, že rozhodnutie súdu prvej inštancie je v napadnutom výroku vecne správne. Súd prvej inštancie správne prihliadol na vykonané dôkazy, správu opatrovníka a prejavenú vôľu mal. T., keď zveril mal. T. do osobnej starostlivosti matky. V konaní nebolo preukázané, že matka nevie poskytnúť maloletému potrebnú starostlivosť, zabezpečiť pre neho lekársku starostlivosť, dozor nad prípravou do školy a pod. Zo žiadneho vykonaného dôkazu takéto závery nevyplývajú, tvrdenia otca neboli preukázané. V konaní nebolo preukázaná ani psychická nespôsobilosť matky postarať sa o maloleté deti. Je pravda, že otec predložil pred pojednávaním dňa 11.05.2018 potvrdenie o svojej práceneschopnosti, z jeho podania však nevyplýva, že žiada o odročenie pojednávania, ani z jeho odvolania nevyplýva, že na pojednávaní chcel navrhovať nejaké dôkazy, ktoré by mohli zmeniť zistený skutkový stav. Súd prvej inštancie teda neporušil práva otca prejednaním veci dňa 11.5.2018. Z uvedeného dôvodu odvolací súd napadnutý rozsudok potvrdil postupom podľa § 2 ods. 1 CMP a § 387 ods. 1 CSP. 6. Toto rozhodnutie bolo prijaté senátom Krajského súdu v Prešove v pomere hlasov 3:0 (§ 3 ods. 9 zák. č. 757/2004 Z.z. o súdoch). Poučenie: Proti tomuto rozsudku odvolanie nie je prípustné. Proti rozhodnutiu odvolacieho súdu je prípustné dovolanie, ak to zákon pripúšťa (§ 420 CSP alebo 421 ods. 1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 Povinnosť byť zastúpený advokátom neplatí za podmienok ustanovených v § 429 ods. 2 CSP.</w:t>
      </w:r>
    </w:p>
    <w:p/>
    <w:p>
      <w:r>
        <w:t>Zdroj: KAUZIS.SK – https://www.kauzis.sk/judikatura/r/ECLI:SK:KSPO:2018:8317208159.2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