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18Co/115/2018 z 28. 11. 2018</w:t>
      </w:r>
    </w:p>
    <w:p>
      <w:r>
        <w:t>Uznesenie Krajského súdu Prešov z 28. novembra 2018, sp. zn. 18Co/115/2018, ECLI:SK:KSPO:2018:8317209547.1</w:t>
      </w:r>
    </w:p>
    <w:p>
      <w:r>
        <w:t>Súd: Krajský súd Prešov</w:t>
      </w:r>
    </w:p>
    <w:p>
      <w:r>
        <w:t>Spisová značka: 18Co/115/2018</w:t>
      </w:r>
    </w:p>
    <w:p>
      <w:r>
        <w:t>ECLI: ECLI:SK:KSPO:2018:8317209547.1</w:t>
      </w:r>
    </w:p>
    <w:p>
      <w:r>
        <w:t>Dátum vydania: 28.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18Co/115/2018 Identifikačné číslo súdneho spisu: 8317209547 Dátum vydania rozhodnutia: 29. 11. 2018 Meno a priezvisko sudcu, VSÚ: JUDr. Daniela Babinová ECLI: ECLI:SK:KSPO:2018:8317209547.1 Uznesenie Krajský súd v Prešove v právnej veci žalobcu: F.. X. D., IČO: XXXXXXXX, W. XX, XXX XX A. X proti žalovanému : N. Q., nar. XX.XX.XXXX, trvalé bytom X. nad G. č. XXX, XXX XX X. nad G., toho času Z. č.XX, XXX XX Z., o zaplatenie 225,12 eur s prísl. takto, o späťvzatí žaloby zo dňa 23.03.2018 jednohlasne takto r o z h o d o l : Pripúšťa späťvzatie žaloby, zrušuje platobný rozkaz, konanie zastavuje. Žiadnej zo strán náhradu trov konania nepriznáva. o d ô v o d n e n i e : 1. Žalobkyňa žalobou z 03.11.2017 podala žalobu proti žalovanému na zaplatenie sumy 225,12 Eur s prísl. 2. Okresný súd v Humennom vo veci vydal platobný rozkaz č.k.10C/36/2017 - 13 z 01.12.2017. 3. Platobný rozkaz bol doručovaný do vlastných rúk žalovanému, ktorý ho prevzal dňa 09.03.2018 v 15 dňovej lehote na podanie odporu voči tomuto platobnému rozkazu. Oznámila žalobkyňa, že berie v celom rozsahu späť svoju žalobu a žiada konanie zastaviť. Dôvodom pre späťvzatie žaloby bola skutočnosť, že žalovaný svoj dlh voči žalobkyni v plnom rozsahu uhradil. 4. Podľa §370 ods.1 CSP ak je, žaloba vzatá späť po rozhodnutí súdu prvej inštancie ale skôr ako rozhodnutie nadobudlo právoplatnosť Odvolací súd rozhodne o pripustená späťvzatia. 5. Z vyššie uvedených ustanovení CSP vyplynulo, že došlo k späťvzatiu žaloby v celom rozsahu po rozhodnuti súdu prvej inštancie. Preto odvolací súd pripustil späťvzatie žaloby, keďže žalovaný nevyslovil nesúhlas s takýmto úkonom, zrušil platobný rozkaz vo veci vydaný a konanie zastavil. 6. O trovách celého konania bolo rozhodnuté v súlade s ust. §255 ods.1 CSP. 7. Rozhodnutie bolo prijaté senátom Krajského súdu v Prešove v pomere hlasov 3 : 0. Poučenie: Proti tomuto rozhodnutiu odvolanie nie je prípustné. Proti rozhodnutiu odvolacieho súdu je prípustné dovolanie, ak to zákon pripúšťa (§ 419 C.s.p)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C.s.p). Dovolateľ musí byť s výnimkou prípadov podľa § 429 ods. 2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https://www.kauzis.sk/judikatura/r/ECLI:SK:KSPO:2018:8317209547.1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