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6Co/171/2018 z 30. 1. 2019</w:t>
      </w:r>
    </w:p>
    <w:p>
      <w:r>
        <w:t>Uznesenie Krajského súdu Prešov z 30. januára 2019, sp. zn. 6Co/171/2018, ECLI:SK:KSPO:2019:8317202603.1</w:t>
      </w:r>
    </w:p>
    <w:p>
      <w:r>
        <w:t>Súd: Krajský súd Prešov</w:t>
      </w:r>
    </w:p>
    <w:p>
      <w:r>
        <w:t>Spisová značka: 6Co/171/2018</w:t>
      </w:r>
    </w:p>
    <w:p>
      <w:r>
        <w:t>ECLI: ECLI:SK:KSPO:2019:8317202603.1</w:t>
      </w:r>
    </w:p>
    <w:p>
      <w:r>
        <w:t>Dátum vydania: 30. 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6Co/171/2018 Identifikačné číslo súdneho spisu: 8317202603 Dátum vydania rozhodnutia: 31. 01. 2019 Meno a priezvisko sudcu, VSÚ: JUDr. Michal Boroň ECLI: ECLI:SK:KSPO:2019:8317202603.1 Uznesenie Krajský súd v Prešove v senáte zloženom z predsedu senátu JUDr. Michala Boroňa a členov senátu JUDr. Viery Kandrikovej a JUDr. Elišky Wagshalovej v právnej veci žalobcu: P. Q., N.. X.X.XXXX, A. S. XXX, XXX XX S., právne zast. JUDr. Vladimírom Sidorom, advokátom so sídlom Železničná 4/A, 920 01 Hlohovec, proti žalovanému: Endepro, s.r.o. v likvidácii, so sídlom Ružinovská 42, 821 01 Bratislava - mestská časť Ružinov, IČO: 35 805 731, právne zastúpený: RR Legal Corp., s.r.o. advokátska kancelária so sídlom Humenské námestie 4, 851 07 Bratislava, IČO: 46 789 634, v konaní o vydanie bezdôvodného obohatenia, o späťvzatí žaloby po vydaní rozsudku Okresného súdu Humenné č.k. 10Csp/50/2017 - 375 zo dňa 25.9.2018 takto r o z h o d o l : I. Pripúšťa sa späťvzatie žaloby, rozsudok sa zrušuje a konanie sa zastavuje. II. Stranám sporu sa nárok na náhradu trov konania nepriznáva. o d ô v o d n e n i e : 1. Okresný súd Humenné (ďalej len „súd prvej inštancie“) rozsudkom č.k. 10Csp/50/2017 - 375 zo dňa 25.9.2018 uložil žalovanému povinnosť vydať žalobcovi bezdôvodné obohatenie vo výške 600 Eur s prísl. do 3 dní od právoplatnosti rozsudku a priznal žalobcovi právo na náhradu trov konania v rozsahu 100 %. 2. Žalobca následne podaním zo dňa 3.10.2018 vzal žalobu v celom rozsahu späť (č.l. 36 spisu). Žalovaný so späťvzatím žaloby súhlasil (č.l. spisu). 3. Podľa § 370 ods. 1, 2 a 3 zákona č. 160/2015 Z. z. Civilného sporového poriadku (ďalej len „CSP“),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Ak je žaloba vzatá späť sčasti, použijú sa ustanovenia predchádzajúcich odsekov primerane. 4. Žalobca má dispozičné právo k žalobe. Môže ju zobrať späť i po rozhodnutí súdu prvej inštancie. Dôvodom nepripustenia späťvzatia je nesúhlas protistrany z vážnych dôvodov. V danom prípade však žalovaný so späťvzatím vyslovil súhlas. S ohľadom na uvedený procesný úkon žalobcu, odvolací súd späťvzatie žaloby pripustil, rozsudok zrušil a konanie zastavil. 5. Náhradu trov konania stranám sporu nepriznal, nakoľko v súlade s uzatvorenou dohodou žiadna zo strán náhradu trov konania nežiadala. 6. Rozhodnutie bolo prijaté senátom Krajského súdu v Prešove v pomere hlasov 3 : 0.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https://www.kauzis.sk/judikatura/r/ECLI:SK:KSPO:2019:8317202603.1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