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23Co/44/2019 z 26. 6. 2019</w:t>
      </w:r>
    </w:p>
    <w:p>
      <w:r>
        <w:t>Uznesenie Krajského súdu Prešov z 26. júna 2019, sp. zn. 23Co/44/2019, ECLI:SK:KSPO:2019:8317210102.1</w:t>
      </w:r>
    </w:p>
    <w:p>
      <w:r>
        <w:t>Súd: Krajský súd Prešov</w:t>
      </w:r>
    </w:p>
    <w:p>
      <w:r>
        <w:t>Spisová značka: 23Co/44/2019</w:t>
      </w:r>
    </w:p>
    <w:p>
      <w:r>
        <w:t>ECLI: ECLI:SK:KSPO:2019:8317210102.1</w:t>
      </w:r>
    </w:p>
    <w:p>
      <w:r>
        <w:t>Dátum vydania: 26. 6.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23Co/44/2019 Identifikačné číslo súdneho spisu: 8317210102 Dátum vydania rozhodnutia: 27. 06. 2019 Meno a priezvisko sudcu, VSÚ: Mgr. Miloš Kolek ECLI: ECLI:SK:KSPO:2019:8317210102.1 Uznesenie Krajský súd v Prešove v senáte zloženom z predsedu senátu Mgr. Miloša Koleka a členov senátu JUDr. Mariany Muránskej a JUDr. Martina Barana v právnej veci žalobcu: Intrum Slovakia s.r.o., Mýtna 48, Bratislava - mestská časť Staré Mesto, IČO: 35 831 154, zast. JUDr. Jánom Šoltésom, advokátom, Mýtna 48, P.O.BOX 205, Bratislava proti žalovanej: M. G., nar. XX.XX.XXXX, trvale bytom B. XXXX/X, M., o zaplatenie 222,21 eur s prísl., o čiastočnom späťvzatí žaloby žalobcom takto r o z h o d o l : Pripúšťa späťvzatie návrhu na začatie konania v časti o zaplatenie 89,88 eura s príslušenstvom. Zrušuje rozsudok Okresného súdu Humenné č. k. 5Csp/285/2017-94 vo výroku, ktorým bola žaloba v prevyšujúcej časti zamietnutá a v tejto časti konanie zastavuje. Žalovaná je povinná nahradiť žalobcovi trovy konania v rozsahu 20 %, pričom o výške týchto trov rozhodne súd prvej inštancie samostatným uznesením. o d ô v o d n e n i e : 1. V danej veci súd prvej inštancie rozsudkom č. k. 5Csp/285/2017-94 zaviazal žalovanú zaplatiť žalobcovi 132,33 eur s príslušenstvom, v prevyšujúcej časti žalobu zamietol (v časti o zaplatenie 89,88 eura s príslušenstvom), priznal žalobcovi vo vzťahu k žalovanej nárok na náhradu trov konania v rozsahu 20 %. Žalobca predtým ako tento rozsudok nadobudol právoplatnosť, podaním doručeným súdu prvej inštancie dňa 24.01.2019 zobral žalobu čiastočne späť, a to v časti o zaplatenie 89,88 eura s príslušenstvom. Dôvodom späťvzatia bola skutočnosť, že úver je bezúročný a bezpoplatkový. Z obsahu spisu a z obsahu čiastočného späťvzatia vyplýva, že späťvzatie sa týka výroku, ktorým bola žaloba v prevyšujúcej časti zamietnutá. 2. Späťvzatie bolo doručené žalovanej na vyjadrenie, táto nevyjadrila svoj nesúhlas so späťvzatím. 3. Podľa § 370 ods. 1 - 3 CSP: (1) Ak je žaloba vzatá späť po rozhodnutí súdu prvej inštancie, ale skôr, ako rozhodnutie nadobudlo právoplatnosť, odvolací súd rozhodne o pripustení späťvzatia. (2) Súd späťvzatie žaloby nepripustí, ak s tým protistrana z vážnych dôvodov nesúhlasí. Ak späťvzatie žaloby pripustí, odvolací súd zruší rozhodnutie súdu prvej inštancie a konanie zastaví. (3) Ak je žaloba vzatá späť sčasti, použijú sa ustanovenia predchádzajúcich odsekov primerane. 4. Odvolací súd v danej veci koná podľa § 370 CSP, keďže bola žaloba čiastočne vzatá späť po tom, ako rozhodol súd prvej inštancie, pričom rozhodnutie v čase späťvzatia nebolo právoplatné. Odvolací súd na základe čiastočného späťvzatia žaloby rozhodol o pripustení späťvzatia žaloby. Žalovaný nevyjadril nesúhlas so späťvzatím, a preto nie je dôvod späťvzatie nepripustiť. Keďže späťvzatie návrhu bolo pripustené, odvolací súd zrušil rozhodnutie súdu prvej inštancie v rozsahu späťvzatia a konanie zastavil. 5. Zároveň odvolací súd podľa § 396 ods. 1 CSP, § 262 ods. 1 CSP a § 256 ods. 1 CSP rozhodol aj o trovách celého konania. Žalobca zobral žalobu čiastočne späť z dôvodu, že žaloba bola nedôvodná, a preto procesne zavinil zastavenie konania v časti, v ktorej žalobu zobral späť. Zo žalovanej sumy 222,21 eur bol teda žalobca úspešný v rozsahu 60 %, neúspešný v rozsahu 40 %, a preto má žalobca nárok na náhradu trov konania v rozsahu 20 %. 6. Toto rozhodnutie bolo prijaté senátom Krajského súdu v Prešove v pomere hlasov 3 : 0 (§ 3 ods. 9 zák. č. 757/2004 Z.z. o súdoch). Poučenie: Proti tomuto uzneseniu odvolanie nie je prípustné. Proti rozhodnutiu odvolacieho súdu je prípustné dovolanie, ak to zákon pripúšťa (§ 420 CSP alebo 421 ods. 1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 Povinnosť byť zastúpený advokátom neplatí za podmienok ustanovených v § 429 ods. 2 CSP.</w:t>
      </w:r>
    </w:p>
    <w:p/>
    <w:p>
      <w:r>
        <w:t>Zdroj: KAUZIS.SK – https://www.kauzis.sk/judikatura/r/ECLI:SK:KSPO:2019:8317210102.1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